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40" w:after="20"/>
        <w:jc w:val="center"/>
      </w:pPr>
      <w:r>
        <w:rPr>
          <w:rFonts w:ascii="Cambria" w:hAnsi="Cambria"/>
          <w:b/>
          <w:color w:val="123968"/>
          <w:sz w:val="30"/>
        </w:rPr>
        <w:t>НАЦИОНАЛНА ПРОГРАМА ПО ОБЛАСТИ</w:t>
      </w:r>
    </w:p>
    <w:p>
      <w:pPr>
        <w:spacing w:after="20"/>
        <w:jc w:val="center"/>
      </w:pPr>
      <w:r>
        <w:rPr>
          <w:rFonts w:ascii="Cambria" w:hAnsi="Cambria"/>
          <w:b/>
          <w:color w:val="123968"/>
          <w:sz w:val="24"/>
        </w:rPr>
        <w:t>„Камбанен звън огласява мира“</w:t>
      </w:r>
    </w:p>
    <w:p>
      <w:pPr>
        <w:spacing w:after="160"/>
        <w:jc w:val="center"/>
        <w:pBdr>
          <w:bottom w:val="single" w:sz="5" w:space="5" w:color="C8A951"/>
        </w:pBdr>
      </w:pPr>
      <w:r>
        <w:rPr>
          <w:rFonts w:ascii="Cambria" w:hAnsi="Cambria"/>
          <w:b/>
          <w:sz w:val="21"/>
          <w:color w:val="B88A2C"/>
        </w:rPr>
        <w:t>към 16.09.2026 г.  •  90 участници</w:t>
      </w:r>
    </w:p>
    <w:p>
      <w:pPr>
        <w:keepNext/>
        <w:keepLines/>
        <w:spacing w:before="180" w:after="80"/>
        <w:jc w:val="left"/>
        <w:pBdr>
          <w:bottom w:val="single" w:sz="6" w:space="2" w:color="B88A2C"/>
        </w:pBdr>
      </w:pPr>
      <w:r>
        <w:rPr>
          <w:rFonts w:ascii="Cambria" w:hAnsi="Cambria"/>
          <w:b/>
          <w:color w:val="123968"/>
          <w:sz w:val="23"/>
        </w:rPr>
        <w:t>ОБЛАСТ БЛАГОЕВГРАД</w:t>
      </w:r>
    </w:p>
    <w:p>
      <w:pPr>
        <w:keepNext w:val="0"/>
        <w:widowControl/>
        <w:spacing w:before="0" w:after="110" w:line="247" w:lineRule="auto"/>
        <w:jc w:val="both"/>
      </w:pPr>
      <w:r>
        <w:rPr>
          <w:rFonts w:ascii="Cambria" w:hAnsi="Cambria"/>
          <w:b/>
          <w:color w:val="123968"/>
          <w:sz w:val="20"/>
        </w:rPr>
        <w:t>21.09.2026 11:59</w:t>
      </w:r>
      <w:r>
        <w:rPr>
          <w:rFonts w:ascii="Cambria" w:hAnsi="Cambria"/>
          <w:b/>
          <w:color w:val="123968"/>
          <w:sz w:val="20"/>
        </w:rPr>
        <w:t>, 715 ученици от СУ "Братя Петър и Иван Каназиреви", Разлог Камбани за мир.</w:t>
      </w:r>
      <w:r>
        <w:rPr>
          <w:rFonts w:ascii="Cambria" w:hAnsi="Cambria"/>
          <w:color w:val="222222"/>
          <w:sz w:val="20"/>
        </w:rPr>
        <w:t xml:space="preserve"> </w:t>
      </w:r>
      <w:r>
        <w:rPr>
          <w:rFonts w:ascii="Cambria" w:hAnsi="Cambria"/>
          <w:b/>
          <w:color w:val="123968"/>
          <w:sz w:val="20"/>
        </w:rPr>
        <w:t xml:space="preserve">11:59 </w:t>
      </w:r>
      <w:r>
        <w:rPr>
          <w:rFonts w:ascii="Cambria" w:hAnsi="Cambria"/>
          <w:color w:val="222222"/>
          <w:sz w:val="20"/>
        </w:rPr>
        <w:t xml:space="preserve">- минута тишина </w:t>
      </w:r>
      <w:r>
        <w:rPr>
          <w:rFonts w:ascii="Cambria" w:hAnsi="Cambria"/>
          <w:b/>
          <w:color w:val="123968"/>
          <w:sz w:val="20"/>
        </w:rPr>
        <w:t xml:space="preserve">12:00 </w:t>
      </w:r>
      <w:r>
        <w:rPr>
          <w:rFonts w:ascii="Cambria" w:hAnsi="Cambria"/>
          <w:color w:val="222222"/>
          <w:sz w:val="20"/>
        </w:rPr>
        <w:t xml:space="preserve">- общ камбанен звън </w:t>
      </w:r>
      <w:r>
        <w:rPr>
          <w:rFonts w:ascii="Cambria" w:hAnsi="Cambria"/>
          <w:b/>
          <w:color w:val="123968"/>
          <w:sz w:val="20"/>
        </w:rPr>
        <w:t xml:space="preserve">12:05 </w:t>
      </w:r>
      <w:r>
        <w:rPr>
          <w:rFonts w:ascii="Cambria" w:hAnsi="Cambria"/>
          <w:color w:val="222222"/>
          <w:sz w:val="20"/>
        </w:rPr>
        <w:t>- бяло платно за мир</w:t>
      </w:r>
    </w:p>
    <w:p>
      <w:pPr>
        <w:keepNext w:val="0"/>
        <w:widowControl/>
        <w:spacing w:before="0" w:after="110" w:line="247" w:lineRule="auto"/>
        <w:jc w:val="both"/>
      </w:pPr>
      <w:r>
        <w:rPr>
          <w:rFonts w:ascii="Cambria" w:hAnsi="Cambria"/>
          <w:b/>
          <w:color w:val="123968"/>
          <w:sz w:val="20"/>
        </w:rPr>
        <w:t>24.09.2026 14:00</w:t>
      </w:r>
      <w:r>
        <w:rPr>
          <w:rFonts w:ascii="Cambria" w:hAnsi="Cambria"/>
          <w:b/>
          <w:color w:val="123968"/>
          <w:sz w:val="20"/>
        </w:rPr>
        <w:t>, 20 ученици от СУ „Св. Св. Кирил и Методий", с. Брезница „Всички имаме една мечта". Ученици, учители и родители</w:t>
      </w:r>
      <w:r>
        <w:rPr>
          <w:rFonts w:ascii="Cambria" w:hAnsi="Cambria"/>
          <w:color w:val="222222"/>
          <w:sz w:val="20"/>
        </w:rPr>
        <w:t xml:space="preserve"> ще изработим платно с послания и ще заснемем процеса. Ще направим кратък клип с дейностите.</w:t>
      </w:r>
    </w:p>
    <w:p>
      <w:pPr>
        <w:keepNext/>
        <w:keepLines/>
        <w:spacing w:before="180" w:after="80"/>
        <w:jc w:val="left"/>
        <w:pBdr>
          <w:bottom w:val="single" w:sz="6" w:space="2" w:color="B88A2C"/>
        </w:pBdr>
      </w:pPr>
      <w:r>
        <w:rPr>
          <w:rFonts w:ascii="Cambria" w:hAnsi="Cambria"/>
          <w:b/>
          <w:color w:val="123968"/>
          <w:sz w:val="23"/>
        </w:rPr>
        <w:t>ОБЛАСТ БУРГАС</w:t>
      </w:r>
    </w:p>
    <w:p>
      <w:pPr>
        <w:keepNext w:val="0"/>
        <w:widowControl/>
        <w:spacing w:before="0" w:after="110" w:line="247" w:lineRule="auto"/>
        <w:jc w:val="both"/>
      </w:pPr>
      <w:r>
        <w:rPr>
          <w:rFonts w:ascii="Cambria" w:hAnsi="Cambria"/>
          <w:b/>
          <w:color w:val="123968"/>
          <w:sz w:val="20"/>
        </w:rPr>
        <w:t>21.09.2026 11:50</w:t>
      </w:r>
      <w:r>
        <w:rPr>
          <w:rFonts w:ascii="Cambria" w:hAnsi="Cambria"/>
          <w:b/>
          <w:color w:val="123968"/>
          <w:sz w:val="20"/>
        </w:rPr>
        <w:t xml:space="preserve">, 90 деца от ОУ „Христо Ботев“, с. Маринка, общ. Бургас "Един звън, едно послание - МИР": в </w:t>
      </w:r>
      <w:r>
        <w:rPr>
          <w:rFonts w:ascii="Cambria" w:hAnsi="Cambria"/>
          <w:b/>
          <w:color w:val="123968"/>
          <w:sz w:val="20"/>
        </w:rPr>
        <w:t xml:space="preserve">11:59 </w:t>
      </w:r>
      <w:r>
        <w:rPr>
          <w:rFonts w:ascii="Cambria" w:hAnsi="Cambria"/>
          <w:b/>
          <w:color w:val="123968"/>
          <w:sz w:val="20"/>
        </w:rPr>
        <w:t>всички ученици и учители</w:t>
      </w:r>
      <w:r>
        <w:rPr>
          <w:rFonts w:ascii="Cambria" w:hAnsi="Cambria"/>
          <w:color w:val="222222"/>
          <w:sz w:val="20"/>
        </w:rPr>
        <w:t xml:space="preserve"> ще се съберем в училищния двор за минута тишина. В </w:t>
      </w:r>
      <w:r>
        <w:rPr>
          <w:rFonts w:ascii="Cambria" w:hAnsi="Cambria"/>
          <w:b/>
          <w:color w:val="123968"/>
          <w:sz w:val="20"/>
        </w:rPr>
        <w:t xml:space="preserve">12:00 </w:t>
      </w:r>
      <w:r>
        <w:rPr>
          <w:rFonts w:ascii="Cambria" w:hAnsi="Cambria"/>
          <w:color w:val="222222"/>
          <w:sz w:val="20"/>
        </w:rPr>
        <w:t>ще огласим училищния двор с камбанен звън.На голямо бяло платно ще изобразим нашето послание за мир.</w:t>
      </w:r>
    </w:p>
    <w:p>
      <w:pPr>
        <w:keepNext w:val="0"/>
        <w:widowControl/>
        <w:spacing w:before="0" w:after="110" w:line="247" w:lineRule="auto"/>
        <w:jc w:val="both"/>
      </w:pPr>
      <w:r>
        <w:rPr>
          <w:rFonts w:ascii="Cambria" w:hAnsi="Cambria"/>
          <w:b/>
          <w:color w:val="123968"/>
          <w:sz w:val="20"/>
        </w:rPr>
        <w:t>21.09.2026 11:00</w:t>
      </w:r>
      <w:r>
        <w:rPr>
          <w:rFonts w:ascii="Cambria" w:hAnsi="Cambria"/>
          <w:b/>
          <w:color w:val="123968"/>
          <w:sz w:val="20"/>
        </w:rPr>
        <w:t>, 200 деца от Детска градина "Звънче" гр.</w:t>
      </w:r>
      <w:r>
        <w:rPr>
          <w:rFonts w:ascii="Cambria" w:hAnsi="Cambria"/>
          <w:color w:val="222222"/>
          <w:sz w:val="20"/>
        </w:rPr>
        <w:t xml:space="preserve"> Бургас, „Камбанен звън огласява мира“, рисунка и изложба за мир: Изработване на хартиени цветя или гълъбчета с послание за мир, след което се подреждат под формата на сърце в центъра на спортното игрище</w:t>
      </w:r>
    </w:p>
    <w:p>
      <w:pPr>
        <w:keepNext w:val="0"/>
        <w:widowControl/>
        <w:spacing w:before="0" w:after="110" w:line="247" w:lineRule="auto"/>
        <w:jc w:val="both"/>
      </w:pPr>
      <w:r>
        <w:rPr>
          <w:rFonts w:ascii="Cambria" w:hAnsi="Cambria" w:eastAsia="Cambria" w:cs="Cambria"/>
          <w:b/>
          <w:sz w:val="20"/>
          <w:color w:val="123968"/>
        </w:rPr>
        <w:t xml:space="preserve">24.09.2026 10:00, 400 ученици от ОУ „Св. Климент Охридски“, Бургас. </w:t>
      </w:r>
      <w:r>
        <w:rPr>
          <w:rFonts w:ascii="Cambria" w:hAnsi="Cambria" w:eastAsia="Cambria" w:cs="Cambria"/>
          <w:b w:val="0"/>
          <w:sz w:val="20"/>
          <w:color w:val="222222"/>
        </w:rPr>
        <w:t>„Ден на мира“ – изложба на рисунки за мир и презентация на УС.</w:t>
      </w:r>
    </w:p>
    <w:p>
      <w:pPr>
        <w:keepNext/>
        <w:keepLines/>
        <w:spacing w:before="180" w:after="80"/>
        <w:jc w:val="left"/>
        <w:pBdr>
          <w:bottom w:val="single" w:sz="6" w:space="2" w:color="B88A2C"/>
        </w:pBdr>
      </w:pPr>
      <w:r>
        <w:rPr>
          <w:rFonts w:ascii="Cambria" w:hAnsi="Cambria"/>
          <w:b/>
          <w:color w:val="123968"/>
          <w:sz w:val="23"/>
        </w:rPr>
        <w:t>ОБЛАСТ ВАРНА</w:t>
      </w:r>
    </w:p>
    <w:p>
      <w:pPr>
        <w:keepNext w:val="0"/>
        <w:widowControl/>
        <w:spacing w:before="0" w:after="110" w:line="247" w:lineRule="auto"/>
        <w:jc w:val="both"/>
      </w:pPr>
      <w:r>
        <w:rPr>
          <w:rFonts w:ascii="Cambria" w:hAnsi="Cambria"/>
          <w:b/>
          <w:color w:val="123968"/>
          <w:sz w:val="20"/>
        </w:rPr>
        <w:t xml:space="preserve">На 21.09.2026 г. от 12.00 </w:t>
      </w:r>
      <w:r>
        <w:rPr>
          <w:rFonts w:ascii="Cambria" w:hAnsi="Cambria"/>
          <w:b/>
          <w:color w:val="123968"/>
          <w:sz w:val="20"/>
        </w:rPr>
        <w:t>ч, 200 деца от Варненска морска гимназия Свети Николай Чудотворец</w:t>
      </w:r>
      <w:r>
        <w:rPr>
          <w:rFonts w:ascii="Cambria" w:hAnsi="Cambria"/>
          <w:color w:val="222222"/>
          <w:sz w:val="20"/>
        </w:rPr>
        <w:t xml:space="preserve"> ще излъчат „Послание за мир“ – Послание от птичи поглед. ВМГ Свети Николай Чудотворец - Варна , се включва като официален партньор в Националната инициатива „Камбанен звън огласява мира“.На 21 септември – Международния ден на мира, точно в </w:t>
      </w:r>
      <w:r>
        <w:rPr>
          <w:rFonts w:ascii="Cambria" w:hAnsi="Cambria"/>
          <w:b/>
          <w:color w:val="123968"/>
          <w:sz w:val="20"/>
        </w:rPr>
        <w:t>12:00 ч.</w:t>
      </w:r>
      <w:r>
        <w:rPr>
          <w:rFonts w:ascii="Cambria" w:hAnsi="Cambria"/>
          <w:color w:val="222222"/>
          <w:sz w:val="20"/>
        </w:rPr>
        <w:t>, ученици и учители ще се обединим в общ знак на съпричастност. Веднага след едноминутното мълчание и под тържествения звън на училищния звънец, учениците ще се подредят в голяма „жива“ фигура, изписваща думата МИР, и ще издигнат плакат с нашето специално послание за по-добро бъдеще.Цялото събитие ще бъде заснето от въздуха с училищния ни дрон, за да изпратим нашия визуален призив за приятелство и разбирателство високо в небето и да го споделим с цяла България. Вярваме, че гласът на децата е най-силният посланик на мира!</w:t>
      </w:r>
    </w:p>
    <w:p>
      <w:pPr>
        <w:keepNext w:val="0"/>
        <w:widowControl/>
        <w:spacing w:before="0" w:after="110" w:line="247" w:lineRule="auto"/>
        <w:jc w:val="both"/>
      </w:pPr>
      <w:r>
        <w:rPr>
          <w:rFonts w:ascii="Cambria" w:hAnsi="Cambria"/>
          <w:b/>
          <w:color w:val="123968"/>
          <w:sz w:val="20"/>
        </w:rPr>
        <w:t>21.09.2026 11:00</w:t>
      </w:r>
      <w:r>
        <w:rPr>
          <w:rFonts w:ascii="Cambria" w:hAnsi="Cambria"/>
          <w:b/>
          <w:color w:val="123968"/>
          <w:sz w:val="20"/>
        </w:rPr>
        <w:t>, 115 деца от Детска градина”Щастливо детство”, с.</w:t>
      </w:r>
      <w:r>
        <w:rPr>
          <w:rFonts w:ascii="Cambria" w:hAnsi="Cambria"/>
          <w:color w:val="222222"/>
          <w:sz w:val="20"/>
        </w:rPr>
        <w:t xml:space="preserve"> Старо Оряхово, Темата „Щастливо детство в мирен свят“, Училищен час за мир:  Образователна част: Провеждане на адаптиран „Час за мир“ във всяка група (от 1-ва до предучилищна) чрез игри, приказки и творчески работилници, съобразени с възрастта на децата. Тържествена кулминация: Общо събитие на двора . Децата ще изпеят песни за приятелството, ще сътворят общо арт пано „Бяло платно на мира“ и ще се присъединят към националния минутен камбанен звън с детски звънчета . Символика: Всички участници ще бъдат облечени в бели дрехи, символизиращи чистите детски помисли и мира по света.</w:t>
      </w:r>
    </w:p>
    <w:p>
      <w:pPr>
        <w:keepNext w:val="0"/>
        <w:widowControl/>
        <w:spacing w:before="0" w:after="110" w:line="247" w:lineRule="auto"/>
        <w:jc w:val="both"/>
      </w:pPr>
      <w:r>
        <w:rPr>
          <w:rFonts w:ascii="Cambria" w:hAnsi="Cambria"/>
          <w:b/>
          <w:color w:val="123968"/>
          <w:sz w:val="20"/>
        </w:rPr>
        <w:t>21.09.2026 15:00</w:t>
      </w:r>
      <w:r>
        <w:rPr>
          <w:rFonts w:ascii="Cambria" w:hAnsi="Cambria"/>
          <w:b/>
          <w:color w:val="123968"/>
          <w:sz w:val="20"/>
        </w:rPr>
        <w:t>, 170 ученици от ЧОУ "Малкият принц", Варна „Звън и слово за добро отново!“ Звън и слово за добро отново! Нашата училищна инициатива за четене в подкрепа на мира.</w:t>
      </w:r>
      <w:r>
        <w:rPr>
          <w:rFonts w:ascii="Cambria" w:hAnsi="Cambria"/>
          <w:color w:val="222222"/>
          <w:sz w:val="20"/>
        </w:rPr>
        <w:t xml:space="preserve"> В свят, който често е твърде шумен, ние избираме да спрем и да дадем глас на доброто, разбирането и човечността. Инициативата е нашият искрен ангажимент към изграждането на по-хармонично бъдеще. Събитието е много повече от четене – то е активен апел за мир във всички негови форми: вътрешен мир със самите себе си, доброта и толерантност с другите, и хармония със света около нас. Чрез силата на избрани текстове, прочетени от децата, учителите и нашите гости, ще напомним, че думите имат властта да градят мостове и да лекуват. Всяка прочетена страница е нашият споделен камбанен звън за доброта. Ще докажем, че когато словото е отправено с любов, то наистина променя света!</w:t>
      </w:r>
    </w:p>
    <w:p>
      <w:pPr>
        <w:keepNext/>
        <w:keepLines/>
        <w:spacing w:before="180" w:after="80"/>
        <w:jc w:val="left"/>
        <w:pBdr>
          <w:bottom w:val="single" w:sz="6" w:space="2" w:color="B88A2C"/>
        </w:pBdr>
      </w:pPr>
      <w:r>
        <w:rPr>
          <w:rFonts w:ascii="Cambria" w:hAnsi="Cambria"/>
          <w:b/>
          <w:color w:val="123968"/>
          <w:sz w:val="23"/>
        </w:rPr>
        <w:t>ОБЛАСТ ВЕЛИКО ТЪРНОВО</w:t>
      </w:r>
    </w:p>
    <w:p>
      <w:pPr>
        <w:keepNext w:val="0"/>
        <w:widowControl/>
        <w:spacing w:before="0" w:after="110" w:line="247" w:lineRule="auto"/>
        <w:jc w:val="both"/>
      </w:pPr>
      <w:r>
        <w:rPr>
          <w:rFonts w:ascii="Cambria" w:hAnsi="Cambria"/>
          <w:b/>
          <w:color w:val="123968"/>
          <w:sz w:val="20"/>
        </w:rPr>
        <w:t xml:space="preserve">21.09.2026 г.; 12:00 </w:t>
      </w:r>
      <w:r>
        <w:rPr>
          <w:rFonts w:ascii="Cambria" w:hAnsi="Cambria"/>
          <w:b/>
          <w:color w:val="123968"/>
          <w:sz w:val="20"/>
        </w:rPr>
        <w:t>230 деца от СУ "Димитър Благоев", Свищов</w:t>
      </w:r>
      <w:r>
        <w:rPr>
          <w:rFonts w:ascii="Cambria" w:hAnsi="Cambria"/>
          <w:color w:val="222222"/>
          <w:sz w:val="20"/>
        </w:rPr>
        <w:t xml:space="preserve"> ще преживяват мира, чрез: 1.  Цяла седмица на звънец ще звучат песни свързани с мира. 2. Ще направим формата на камбана от деца и ще заснемем отгоре с дрон 3. Фанфарния оркестър ще изпълни "Ода на радостта“</w:t>
      </w:r>
    </w:p>
    <w:p>
      <w:pPr>
        <w:keepNext/>
        <w:keepLines/>
        <w:spacing w:before="180" w:after="80"/>
        <w:jc w:val="left"/>
        <w:pBdr>
          <w:bottom w:val="single" w:sz="6" w:space="2" w:color="B88A2C"/>
        </w:pBdr>
      </w:pPr>
      <w:r>
        <w:rPr>
          <w:rFonts w:ascii="Cambria" w:hAnsi="Cambria"/>
          <w:b/>
          <w:color w:val="123968"/>
          <w:sz w:val="23"/>
        </w:rPr>
        <w:t>ОБЛАСТ ВРАЦА</w:t>
      </w:r>
    </w:p>
    <w:p>
      <w:pPr>
        <w:keepNext w:val="0"/>
        <w:widowControl/>
        <w:spacing w:before="0" w:after="110" w:line="247" w:lineRule="auto"/>
        <w:jc w:val="both"/>
      </w:pPr>
      <w:r>
        <w:rPr>
          <w:rFonts w:ascii="Cambria" w:hAnsi="Cambria"/>
          <w:b/>
          <w:color w:val="123968"/>
          <w:sz w:val="20"/>
        </w:rPr>
        <w:t xml:space="preserve">21.09.2026 10:00 </w:t>
      </w:r>
      <w:r>
        <w:rPr>
          <w:rFonts w:ascii="Cambria" w:hAnsi="Cambria"/>
          <w:b/>
          <w:color w:val="123968"/>
          <w:sz w:val="20"/>
        </w:rPr>
        <w:t>55 деца от ДГ"Дружба", Оряхово</w:t>
      </w:r>
      <w:r>
        <w:rPr>
          <w:rFonts w:ascii="Cambria" w:hAnsi="Cambria"/>
          <w:color w:val="222222"/>
          <w:sz w:val="20"/>
        </w:rPr>
        <w:t xml:space="preserve"> ще кажат: С нашите усмивки започва мира. Те ще Отпечатък на детска ръчичка, която изобразява гълъб</w:t>
      </w:r>
    </w:p>
    <w:p>
      <w:pPr>
        <w:keepNext w:val="0"/>
        <w:widowControl/>
        <w:spacing w:before="0" w:after="110" w:line="247" w:lineRule="auto"/>
        <w:jc w:val="both"/>
      </w:pPr>
      <w:r>
        <w:rPr>
          <w:rFonts w:ascii="Cambria" w:hAnsi="Cambria"/>
          <w:b/>
          <w:color w:val="123968"/>
          <w:sz w:val="20"/>
        </w:rPr>
        <w:t>21.09.2026 г.</w:t>
      </w:r>
      <w:r>
        <w:rPr>
          <w:rFonts w:ascii="Cambria" w:hAnsi="Cambria"/>
          <w:b/>
          <w:color w:val="123968"/>
          <w:sz w:val="20"/>
        </w:rPr>
        <w:t xml:space="preserve"> 120 деца от Детска градина "Дъга",  Враца, заедно с родители и учители</w:t>
      </w:r>
      <w:r>
        <w:rPr>
          <w:rFonts w:ascii="Cambria" w:hAnsi="Cambria"/>
          <w:color w:val="222222"/>
          <w:sz w:val="20"/>
        </w:rPr>
        <w:t xml:space="preserve"> ще напишат своите послания за мир.</w:t>
      </w:r>
    </w:p>
    <w:p>
      <w:pPr>
        <w:keepNext w:val="0"/>
        <w:widowControl/>
        <w:spacing w:before="0" w:after="110" w:line="247" w:lineRule="auto"/>
        <w:jc w:val="both"/>
      </w:pPr>
      <w:r>
        <w:rPr>
          <w:rFonts w:ascii="Cambria" w:hAnsi="Cambria"/>
          <w:b/>
          <w:color w:val="123968"/>
          <w:sz w:val="20"/>
        </w:rPr>
        <w:t>18.09.2026 09:00</w:t>
      </w:r>
      <w:r>
        <w:rPr>
          <w:rFonts w:ascii="Cambria" w:hAnsi="Cambria"/>
          <w:b/>
          <w:color w:val="123968"/>
          <w:sz w:val="20"/>
        </w:rPr>
        <w:t>, 130 деца от ДГ,, Брезичка",  град Враца</w:t>
      </w:r>
      <w:r>
        <w:rPr>
          <w:rFonts w:ascii="Cambria" w:hAnsi="Cambria"/>
          <w:color w:val="222222"/>
          <w:sz w:val="20"/>
        </w:rPr>
        <w:t xml:space="preserve"> ще изработят гълъби с послание</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40 ученици от ОУ "Христо Ботев, с.Остров,</w:t>
      </w:r>
      <w:r>
        <w:rPr>
          <w:rFonts w:ascii="Cambria" w:hAnsi="Cambria"/>
          <w:color w:val="222222"/>
          <w:sz w:val="20"/>
        </w:rPr>
        <w:t xml:space="preserve"> ще се включат в "Камбанен звън огласява мира"- минута тишина, общ камбанен звън. Те ще проведат и училищен час за мир, беседа за мир, която ще завърши кратки послания</w:t>
      </w:r>
    </w:p>
    <w:p>
      <w:pPr>
        <w:keepNext w:val="0"/>
        <w:widowControl/>
        <w:spacing w:before="0" w:after="110" w:line="247" w:lineRule="auto"/>
        <w:jc w:val="both"/>
      </w:pPr>
      <w:r>
        <w:rPr>
          <w:rFonts w:ascii="Cambria" w:hAnsi="Cambria"/>
          <w:b/>
          <w:color w:val="123968"/>
          <w:sz w:val="20"/>
        </w:rPr>
        <w:t>На 21.09.2026 г. от 12.00 ч.</w:t>
      </w:r>
      <w:r>
        <w:rPr>
          <w:rFonts w:ascii="Cambria" w:hAnsi="Cambria"/>
          <w:b/>
          <w:color w:val="123968"/>
          <w:sz w:val="20"/>
        </w:rPr>
        <w:t xml:space="preserve"> 123 ученици от ОУ "Христо Ботев" Гложене-общ. Козлодуй</w:t>
      </w:r>
      <w:r>
        <w:rPr>
          <w:rFonts w:ascii="Cambria" w:hAnsi="Cambria"/>
          <w:color w:val="222222"/>
          <w:sz w:val="20"/>
        </w:rPr>
        <w:t xml:space="preserve"> ще проведат арт ателие и изложба с рисунки. Кратки ученически послания за мир. Училищен час за мир</w:t>
      </w:r>
    </w:p>
    <w:p>
      <w:pPr>
        <w:keepNext w:val="0"/>
        <w:widowControl/>
        <w:spacing w:before="0" w:after="110" w:line="247" w:lineRule="auto"/>
        <w:jc w:val="both"/>
      </w:pPr>
      <w:r>
        <w:rPr>
          <w:rFonts w:ascii="Cambria" w:hAnsi="Cambria"/>
          <w:b/>
          <w:color w:val="123968"/>
          <w:sz w:val="20"/>
        </w:rPr>
        <w:t>21.09.2026 10:00</w:t>
      </w:r>
      <w:r>
        <w:rPr>
          <w:rFonts w:ascii="Cambria" w:hAnsi="Cambria"/>
          <w:b/>
          <w:color w:val="123968"/>
          <w:sz w:val="20"/>
        </w:rPr>
        <w:t>, 20 деца от ДГ "Радост", Бяла Слатина "Камбани за мир".</w:t>
      </w:r>
      <w:r>
        <w:rPr>
          <w:rFonts w:ascii="Cambria" w:hAnsi="Cambria"/>
          <w:color w:val="222222"/>
          <w:sz w:val="20"/>
        </w:rPr>
        <w:t xml:space="preserve"> „Детска градина на добротата и мира“ е празничен сценарий, посветен на Международния ден на мира. Чрез стихотворения, музикални игри, танци и творческо ателие децата, родителите и учителите преживяват заедно посланията на мира, добротата, приятелството и толерантността. Кулминация е общият „Камбанен звън за мир“, а създаденото „Дърво на приятелството“ остава като символ на единството и споделените добри послания.</w:t>
      </w:r>
    </w:p>
    <w:p>
      <w:pPr>
        <w:keepNext w:val="0"/>
        <w:widowControl/>
        <w:spacing w:before="0" w:after="110" w:line="247" w:lineRule="auto"/>
        <w:jc w:val="both"/>
      </w:pPr>
      <w:r>
        <w:rPr>
          <w:rFonts w:ascii="Cambria" w:hAnsi="Cambria" w:eastAsia="Cambria" w:cs="Cambria"/>
          <w:b/>
          <w:sz w:val="20"/>
          <w:color w:val="123968"/>
        </w:rPr>
        <w:t xml:space="preserve">21.09.2026 11:59, 282 ученици от Начално училище „Иванчо Младенов“, Враца ще се включат в „Камбанен звън огласява мира“. </w:t>
      </w:r>
      <w:r>
        <w:rPr>
          <w:rFonts w:ascii="Cambria" w:hAnsi="Cambria" w:eastAsia="Cambria" w:cs="Cambria"/>
          <w:b w:val="0"/>
          <w:sz w:val="20"/>
          <w:color w:val="222222"/>
        </w:rPr>
        <w:t>Дейностите ще бъдат реализирани на 21 септември 2026 г. в училището: в 11:59 ч. – минута мълчание в името на мира; в 12:00 ч. – общ училищен звън за мир. С камбанен звън учениците и учителите ще се присъединят към националната инициатива и ще отправят символично послание за мир и единство. Първи клас – учениците ще държат бели гълъби – символ на мира, надеждата и добротата. Втори клас – в групите за ЦОУД учениците ще изработят рисунки с послания за мир, приятелство и толерантност; ще бъде организирана изложба на творбите. Трети клас – учениците ще изработят „Дърво на мира – Какво можем да направим заедно?“. След кратък разговор по въпросите „Какво означава мир?“, „Как разбираме, че в класа има мир и разбирателство?“, „Как можем да бъдем добри един към друг?“ и „Какво можем да направим, когато двама приятели се карат?“, всяко дете ще довърши изречението „Аз помагам на мира, когато…“, като напише своето послание върху цветно листо. Всички листа ще бъдат събрани и оформени в общо „Дърво на мира“. Четвърти клас – час на класа „Не на войната!“. В периода 18.09.2026 г. – 25.09.2026 г. всеки ученик ще може да представи стихотворение, песен или друго творческо изпълнение, посветено на мира, добротата и приятелството.</w:t>
      </w:r>
    </w:p>
    <w:p>
      <w:pPr>
        <w:keepNext/>
        <w:keepLines/>
        <w:spacing w:before="180" w:after="80"/>
        <w:jc w:val="left"/>
        <w:pBdr>
          <w:bottom w:val="single" w:sz="6" w:space="2" w:color="B88A2C"/>
        </w:pBdr>
      </w:pPr>
      <w:r>
        <w:rPr>
          <w:rFonts w:ascii="Cambria" w:hAnsi="Cambria"/>
          <w:b/>
          <w:color w:val="123968"/>
          <w:sz w:val="23"/>
        </w:rPr>
        <w:t>ОБЛАСТ ГАБРОВО</w:t>
      </w:r>
    </w:p>
    <w:p>
      <w:pPr>
        <w:keepNext w:val="0"/>
        <w:widowControl/>
        <w:spacing w:before="0" w:after="110" w:line="247" w:lineRule="auto"/>
        <w:jc w:val="both"/>
      </w:pPr>
      <w:r>
        <w:rPr>
          <w:rFonts w:ascii="Cambria" w:hAnsi="Cambria"/>
          <w:b/>
          <w:color w:val="123968"/>
          <w:sz w:val="20"/>
        </w:rPr>
        <w:t>24.09.2026 11:00</w:t>
      </w:r>
      <w:r>
        <w:rPr>
          <w:rFonts w:ascii="Cambria" w:hAnsi="Cambria"/>
          <w:b/>
          <w:color w:val="123968"/>
          <w:sz w:val="20"/>
        </w:rPr>
        <w:t>, 18 деца от ДГ "Първи юни" Габрово</w:t>
      </w:r>
      <w:r>
        <w:rPr>
          <w:rFonts w:ascii="Cambria" w:hAnsi="Cambria"/>
          <w:color w:val="222222"/>
          <w:sz w:val="20"/>
        </w:rPr>
        <w:t xml:space="preserve"> ще бъдат  "Звездички на мира". Те ще създат кратки мисли, които носят послания за мир, доброта и надежда.Звездите символизират светлината и вярата в един по-добър и по-спокоен свят.Ще бъде заснет видеоклип и организирана изложба с посланията на децата.</w:t>
      </w:r>
    </w:p>
    <w:p>
      <w:pPr>
        <w:keepNext/>
        <w:keepLines/>
        <w:spacing w:before="180" w:after="80"/>
        <w:jc w:val="left"/>
        <w:pBdr>
          <w:bottom w:val="single" w:sz="6" w:space="2" w:color="B88A2C"/>
        </w:pBdr>
      </w:pPr>
      <w:r>
        <w:rPr>
          <w:rFonts w:ascii="Cambria" w:hAnsi="Cambria"/>
          <w:b/>
          <w:color w:val="123968"/>
          <w:sz w:val="23"/>
        </w:rPr>
        <w:t>ОБЛАСТ КЮСТЕНДИЛ</w:t>
      </w:r>
    </w:p>
    <w:p>
      <w:pPr>
        <w:keepNext w:val="0"/>
        <w:widowControl/>
        <w:spacing w:before="0" w:after="110" w:line="247" w:lineRule="auto"/>
        <w:jc w:val="both"/>
      </w:pPr>
      <w:r>
        <w:rPr>
          <w:rFonts w:ascii="Cambria" w:hAnsi="Cambria"/>
          <w:b/>
          <w:color w:val="123968"/>
          <w:sz w:val="20"/>
        </w:rPr>
        <w:t>21.09.2026 12:00 ч.</w:t>
      </w:r>
      <w:r>
        <w:rPr>
          <w:rFonts w:ascii="Cambria" w:hAnsi="Cambria"/>
          <w:b/>
          <w:color w:val="123968"/>
          <w:sz w:val="20"/>
        </w:rPr>
        <w:t xml:space="preserve"> 290 деца от Начално училище "Свети Климент Охридски“, Кюстендил</w:t>
      </w:r>
      <w:r>
        <w:rPr>
          <w:rFonts w:ascii="Cambria" w:hAnsi="Cambria"/>
          <w:color w:val="222222"/>
          <w:sz w:val="20"/>
        </w:rPr>
        <w:t xml:space="preserve"> ще участват с Камбанен звън за мир</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800 деца от СЕУ "св.</w:t>
      </w:r>
      <w:r>
        <w:rPr>
          <w:rFonts w:ascii="Cambria" w:hAnsi="Cambria"/>
          <w:color w:val="222222"/>
          <w:sz w:val="20"/>
        </w:rPr>
        <w:t xml:space="preserve"> Паисий Хилендарски, Дупница, „Мирът е свят“ : 1. Послание за мир и приветствие; 2. Ученически послания за мир; 3. Рисунки на асфалт и бяло платно за мир</w:t>
      </w:r>
    </w:p>
    <w:p>
      <w:pPr>
        <w:keepNext w:val="0"/>
        <w:widowControl/>
        <w:spacing w:before="0" w:after="110" w:line="247" w:lineRule="auto"/>
        <w:jc w:val="both"/>
      </w:pPr>
      <w:r>
        <w:rPr>
          <w:rFonts w:ascii="Cambria" w:hAnsi="Cambria"/>
          <w:b/>
          <w:color w:val="123968"/>
          <w:sz w:val="20"/>
        </w:rPr>
        <w:t>21.09.2026 10:00</w:t>
      </w:r>
      <w:r>
        <w:rPr>
          <w:rFonts w:ascii="Cambria" w:hAnsi="Cambria"/>
          <w:b/>
          <w:color w:val="123968"/>
          <w:sz w:val="20"/>
        </w:rPr>
        <w:t>, 22 деца от Детска градина "Първи юни",база "Зорница", Кюстендил "Ден на мира".</w:t>
      </w:r>
      <w:r>
        <w:rPr>
          <w:rFonts w:ascii="Cambria" w:hAnsi="Cambria"/>
          <w:color w:val="222222"/>
          <w:sz w:val="20"/>
        </w:rPr>
        <w:t xml:space="preserve"> Послания за мир и изложба от детски рисунки</w:t>
      </w:r>
    </w:p>
    <w:p>
      <w:pPr>
        <w:keepNext w:val="0"/>
        <w:widowControl/>
        <w:spacing w:before="0" w:after="110" w:line="247" w:lineRule="auto"/>
        <w:jc w:val="both"/>
      </w:pPr>
      <w:r>
        <w:rPr>
          <w:rFonts w:ascii="Cambria" w:hAnsi="Cambria" w:eastAsia="Cambria" w:cs="Cambria"/>
          <w:b/>
          <w:sz w:val="20"/>
          <w:color w:val="123968"/>
        </w:rPr>
        <w:t xml:space="preserve">21.09.2026 11:00, 300 деца от ДГ „Слънце“, Кюстендил. </w:t>
      </w:r>
      <w:r>
        <w:rPr>
          <w:rFonts w:ascii="Cambria" w:hAnsi="Cambria" w:eastAsia="Cambria" w:cs="Cambria"/>
          <w:b w:val="0"/>
          <w:sz w:val="20"/>
          <w:color w:val="222222"/>
        </w:rPr>
        <w:t>Слънчево послание от всички деца за Мир и Светлина.</w:t>
      </w:r>
    </w:p>
    <w:p>
      <w:pPr>
        <w:keepNext/>
        <w:keepLines/>
        <w:spacing w:before="180" w:after="80"/>
        <w:jc w:val="left"/>
        <w:pBdr>
          <w:bottom w:val="single" w:sz="6" w:space="2" w:color="B88A2C"/>
        </w:pBdr>
      </w:pPr>
      <w:r>
        <w:rPr>
          <w:rFonts w:ascii="Cambria" w:hAnsi="Cambria"/>
          <w:b/>
          <w:color w:val="123968"/>
          <w:sz w:val="23"/>
        </w:rPr>
        <w:t>ОБЛАСТ ЛОВЕЧ</w:t>
      </w:r>
    </w:p>
    <w:p>
      <w:pPr>
        <w:keepNext w:val="0"/>
        <w:widowControl/>
        <w:spacing w:before="0" w:after="110" w:line="247" w:lineRule="auto"/>
        <w:jc w:val="both"/>
      </w:pPr>
      <w:r>
        <w:rPr>
          <w:rFonts w:ascii="Cambria" w:hAnsi="Cambria"/>
          <w:b/>
          <w:color w:val="123968"/>
          <w:sz w:val="20"/>
        </w:rPr>
        <w:t>18.09.2026 13:00</w:t>
      </w:r>
      <w:r>
        <w:rPr>
          <w:rFonts w:ascii="Cambria" w:hAnsi="Cambria"/>
          <w:b/>
          <w:color w:val="123968"/>
          <w:sz w:val="20"/>
        </w:rPr>
        <w:t>, 20 деца от ОУ "Христо Ботев с. Брестница, общ. Ябланица</w:t>
      </w:r>
      <w:r>
        <w:rPr>
          <w:rFonts w:ascii="Cambria" w:hAnsi="Cambria"/>
          <w:color w:val="222222"/>
          <w:sz w:val="20"/>
        </w:rPr>
        <w:t xml:space="preserve"> ще посадят дърво. Инициативата ще бъде отбелязана с поредица от символични дейности, насочени към единството , добротата и надеждата за мир. Ще бъде посъдено дърво "Дърво на мира", а върху бяло платно всяко дете ще остави отпечатък от ръката си като знак на общност и единство. Учениците ще отправят общо послание "Мирът е нашият избор" чрез "мексиканска вълна" от букви. В бели балони ще бъдат поставени послания за мир, които децата ще подарят едно на друго. От всички моменти ще бъде създаден кратък видеоклип с песента "Мечта за изрев", обединяващ детските послания и символите за мира.</w:t>
      </w:r>
    </w:p>
    <w:p>
      <w:pPr>
        <w:keepNext w:val="0"/>
        <w:widowControl/>
        <w:spacing w:before="0" w:after="110" w:line="247" w:lineRule="auto"/>
        <w:jc w:val="both"/>
      </w:pPr>
      <w:r>
        <w:rPr>
          <w:rFonts w:ascii="Cambria" w:hAnsi="Cambria"/>
          <w:b/>
          <w:color w:val="123968"/>
          <w:sz w:val="20"/>
        </w:rPr>
        <w:t>24.09.2026 13:00</w:t>
      </w:r>
      <w:r>
        <w:rPr>
          <w:rFonts w:ascii="Cambria" w:hAnsi="Cambria"/>
          <w:b/>
          <w:color w:val="123968"/>
          <w:sz w:val="20"/>
        </w:rPr>
        <w:t>, 40 ученици от Средно училище "Св.св.Кирил и Методий", Угърчин „Мирът започва от нас“.</w:t>
      </w:r>
      <w:r>
        <w:rPr>
          <w:rFonts w:ascii="Cambria" w:hAnsi="Cambria"/>
          <w:color w:val="222222"/>
          <w:sz w:val="20"/>
        </w:rPr>
        <w:t xml:space="preserve"> В рамките на инициативата ученици от СУ „Св. св. Кирил и Методий“ – Угърчин ще споделят своето лично послание за мир, като довършат изречението „За мен мирът е…“. Техните послания ще бъдат обединени в общо пано „Мирът е нашият избор“, насърчаващо уважението, добротата, съпричастността и разбирателството.</w:t>
      </w:r>
    </w:p>
    <w:p>
      <w:pPr>
        <w:keepNext/>
        <w:keepLines/>
        <w:spacing w:before="180" w:after="80"/>
        <w:jc w:val="left"/>
        <w:pBdr>
          <w:bottom w:val="single" w:sz="6" w:space="2" w:color="B88A2C"/>
        </w:pBdr>
      </w:pPr>
      <w:r>
        <w:rPr>
          <w:rFonts w:ascii="Cambria" w:hAnsi="Cambria"/>
          <w:b/>
          <w:color w:val="123968"/>
          <w:sz w:val="23"/>
        </w:rPr>
        <w:t>ОБЛАСТ МОНТАНА</w:t>
      </w:r>
    </w:p>
    <w:p>
      <w:pPr>
        <w:keepNext w:val="0"/>
        <w:widowControl/>
        <w:spacing w:before="0" w:after="110" w:line="247" w:lineRule="auto"/>
        <w:jc w:val="both"/>
      </w:pPr>
      <w:r>
        <w:rPr>
          <w:rFonts w:ascii="Cambria" w:hAnsi="Cambria"/>
          <w:b/>
          <w:color w:val="123968"/>
          <w:sz w:val="20"/>
        </w:rPr>
        <w:t>На 25.09.2026, 13.00 ч.</w:t>
      </w:r>
      <w:r>
        <w:rPr>
          <w:rFonts w:ascii="Cambria" w:hAnsi="Cambria"/>
          <w:b/>
          <w:color w:val="123968"/>
          <w:sz w:val="20"/>
        </w:rPr>
        <w:t xml:space="preserve"> 90 ученици от Четвърто основно училище "Иван Вазов" Монтана / Montana, Всеки випуск 5-7 клас</w:t>
      </w:r>
      <w:r>
        <w:rPr>
          <w:rFonts w:ascii="Cambria" w:hAnsi="Cambria"/>
          <w:color w:val="222222"/>
          <w:sz w:val="20"/>
        </w:rPr>
        <w:t xml:space="preserve"> ще нарисува на отделен картон 100см./70 см. свеото посление за мир . Това се очаква да са три големи рисунки, които ще останат на изложба в училище. Ще присъстват и табла с кратаки училищни послания.</w:t>
      </w:r>
    </w:p>
    <w:p>
      <w:pPr>
        <w:keepNext w:val="0"/>
        <w:widowControl/>
        <w:spacing w:before="0" w:after="110" w:line="247" w:lineRule="auto"/>
        <w:jc w:val="both"/>
      </w:pPr>
      <w:r>
        <w:rPr>
          <w:rFonts w:ascii="Cambria" w:hAnsi="Cambria"/>
          <w:b/>
          <w:color w:val="123968"/>
          <w:sz w:val="20"/>
        </w:rPr>
        <w:t xml:space="preserve">21.09.2026 г., 10.28 </w:t>
      </w:r>
      <w:r>
        <w:rPr>
          <w:rFonts w:ascii="Cambria" w:hAnsi="Cambria"/>
          <w:b/>
          <w:color w:val="123968"/>
          <w:sz w:val="20"/>
        </w:rPr>
        <w:t>100 деца от ФСПГ Васил Левски, Монтана</w:t>
      </w:r>
      <w:r>
        <w:rPr>
          <w:rFonts w:ascii="Cambria" w:hAnsi="Cambria"/>
          <w:color w:val="222222"/>
          <w:sz w:val="20"/>
        </w:rPr>
        <w:t xml:space="preserve"> ще имат ден, изпълнен с множество инициативи.</w:t>
      </w:r>
    </w:p>
    <w:p>
      <w:pPr>
        <w:keepNext w:val="0"/>
        <w:widowControl/>
        <w:spacing w:before="0" w:after="110" w:line="247" w:lineRule="auto"/>
        <w:jc w:val="both"/>
      </w:pPr>
      <w:r>
        <w:rPr>
          <w:rFonts w:ascii="Cambria" w:hAnsi="Cambria"/>
          <w:b/>
          <w:color w:val="123968"/>
          <w:sz w:val="20"/>
        </w:rPr>
        <w:t>21.09.2026 12:52</w:t>
      </w:r>
      <w:r>
        <w:rPr>
          <w:rFonts w:ascii="Cambria" w:hAnsi="Cambria"/>
          <w:b/>
          <w:color w:val="123968"/>
          <w:sz w:val="20"/>
        </w:rPr>
        <w:t>, 50 Деца от Детска градина № 5 "Дъга", Монтана,  На 21 септември в двора на ДГ № 5 "Дъга, гр. Монтана, всички деца и персонал</w:t>
      </w:r>
      <w:r>
        <w:rPr>
          <w:rFonts w:ascii="Cambria" w:hAnsi="Cambria"/>
          <w:color w:val="222222"/>
          <w:sz w:val="20"/>
        </w:rPr>
        <w:t xml:space="preserve"> ще бъдат на площадка с бяло платно и послание: "Мирът е моят избор" , "Мирът е нашият избор" с минута тишина за съпричастност и мир по света, с камбанен звън /на запис от муз. уредба/. След, което ще изпеят песен за мира.</w:t>
      </w:r>
    </w:p>
    <w:p>
      <w:pPr>
        <w:keepNext/>
        <w:keepLines/>
        <w:spacing w:before="180" w:after="80"/>
        <w:jc w:val="left"/>
        <w:pBdr>
          <w:bottom w:val="single" w:sz="6" w:space="2" w:color="B88A2C"/>
        </w:pBdr>
      </w:pPr>
      <w:r>
        <w:rPr>
          <w:rFonts w:ascii="Cambria" w:hAnsi="Cambria"/>
          <w:b/>
          <w:color w:val="123968"/>
          <w:sz w:val="23"/>
        </w:rPr>
        <w:t>ОБЛАСТ ПАЗАРДЖИК</w:t>
      </w:r>
    </w:p>
    <w:p>
      <w:pPr>
        <w:keepNext w:val="0"/>
        <w:widowControl/>
        <w:spacing w:before="0" w:after="110" w:line="247" w:lineRule="auto"/>
        <w:jc w:val="both"/>
      </w:pPr>
      <w:r>
        <w:rPr>
          <w:rFonts w:ascii="Cambria" w:hAnsi="Cambria"/>
          <w:b/>
          <w:color w:val="123968"/>
          <w:sz w:val="20"/>
        </w:rPr>
        <w:t>18.09.2026 13:30</w:t>
      </w:r>
      <w:r>
        <w:rPr>
          <w:rFonts w:ascii="Cambria" w:hAnsi="Cambria"/>
          <w:b/>
          <w:color w:val="123968"/>
          <w:sz w:val="20"/>
        </w:rPr>
        <w:t>, 30 ученици от седми клас на  ОУ "Христо Ботев" с. Абланица, общ. Велинград, „За мира - с гласа на поезията“ -</w:t>
      </w:r>
      <w:r>
        <w:rPr>
          <w:rFonts w:ascii="Cambria" w:hAnsi="Cambria"/>
          <w:color w:val="222222"/>
          <w:sz w:val="20"/>
        </w:rPr>
        <w:t xml:space="preserve"> ще представят поетична композиция от стихотворения, посветени на мира, човечността, добротата, надеждата и вярата в човека. Чрез силата на словото те ще отправят своето послание за свят, в който разбирателството и уважението стоят над разделението и страха. Защото понякога една дума, изречена с обич, може да бъде първата крачка към мира.</w:t>
      </w:r>
    </w:p>
    <w:p>
      <w:pPr>
        <w:keepNext w:val="0"/>
        <w:widowControl/>
        <w:spacing w:before="0" w:after="110" w:line="247" w:lineRule="auto"/>
        <w:jc w:val="both"/>
      </w:pPr>
      <w:r>
        <w:rPr>
          <w:rFonts w:ascii="Cambria" w:hAnsi="Cambria"/>
          <w:b/>
          <w:color w:val="123968"/>
          <w:sz w:val="20"/>
        </w:rPr>
        <w:t>21.09.2026 11:33</w:t>
      </w:r>
      <w:r>
        <w:rPr>
          <w:rFonts w:ascii="Cambria" w:hAnsi="Cambria"/>
          <w:b/>
          <w:color w:val="123968"/>
          <w:sz w:val="20"/>
        </w:rPr>
        <w:t>, 300 ученици от Първо основно училище „Св. Климент Охридски“, Пазарджик</w:t>
      </w:r>
      <w:r>
        <w:rPr>
          <w:rFonts w:ascii="Cambria" w:hAnsi="Cambria"/>
          <w:color w:val="222222"/>
          <w:sz w:val="20"/>
        </w:rPr>
        <w:t xml:space="preserve"> ще посадят  дърво. На 21 септември ще се включим в инициативата „Камбанен звън огласява мира“. Заедно с учениците ще изработим бяло знаме с послание за мир, ще посадим маслиново дръвче като символ на мира и ще пуснем бели гълъби. С този жест искаме да отправим своето послание за мир, единство и надежда.</w:t>
      </w:r>
    </w:p>
    <w:p>
      <w:pPr>
        <w:keepNext w:val="0"/>
        <w:widowControl/>
        <w:spacing w:before="0" w:after="110" w:line="247" w:lineRule="auto"/>
        <w:jc w:val="both"/>
      </w:pPr>
      <w:r>
        <w:rPr>
          <w:rFonts w:ascii="Cambria" w:hAnsi="Cambria"/>
          <w:b/>
          <w:color w:val="123968"/>
          <w:sz w:val="20"/>
        </w:rPr>
        <w:t xml:space="preserve">21.09.2026 г. в 11.59 </w:t>
      </w:r>
      <w:r>
        <w:rPr>
          <w:rFonts w:ascii="Cambria" w:hAnsi="Cambria"/>
          <w:b/>
          <w:color w:val="123968"/>
          <w:sz w:val="20"/>
        </w:rPr>
        <w:t xml:space="preserve">г. ОУ ,,Христо Ботев“, Исперихово Всички ученици и учители се събират заедно и запазват минута тишина в знак на уважение, човечност, съпричастност и мир по света </w:t>
      </w:r>
      <w:r>
        <w:rPr>
          <w:rFonts w:ascii="Cambria" w:hAnsi="Cambria"/>
          <w:b/>
          <w:color w:val="123968"/>
          <w:sz w:val="20"/>
        </w:rPr>
        <w:t>25.09.2026 10:00</w:t>
      </w:r>
      <w:r>
        <w:rPr>
          <w:rFonts w:ascii="Cambria" w:hAnsi="Cambria"/>
          <w:b/>
          <w:color w:val="123968"/>
          <w:sz w:val="20"/>
        </w:rPr>
        <w:t xml:space="preserve">, 60 деца училището </w:t>
      </w:r>
      <w:r>
        <w:rPr>
          <w:rFonts w:ascii="Cambria" w:hAnsi="Cambria"/>
          <w:color w:val="222222"/>
          <w:sz w:val="20"/>
        </w:rPr>
        <w:t xml:space="preserve"> ще  закачат, изработените от тях гълъбчета с кратки послания за мир, пред училището. Закачване на гълъби с кратки ученически послания</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30 деца от 4-та ПГ от ДГ "Зорница" Пазарджик</w:t>
      </w:r>
      <w:r>
        <w:rPr>
          <w:rFonts w:ascii="Cambria" w:hAnsi="Cambria"/>
          <w:color w:val="222222"/>
          <w:sz w:val="20"/>
        </w:rPr>
        <w:t xml:space="preserve"> ще изложат своите рисунки за мир и ще се включат в инициативата "Камбанен звън огласява света".</w:t>
      </w:r>
    </w:p>
    <w:p>
      <w:pPr>
        <w:keepNext w:val="0"/>
        <w:widowControl/>
        <w:spacing w:before="0" w:after="110" w:line="247" w:lineRule="auto"/>
        <w:jc w:val="both"/>
      </w:pPr>
      <w:r>
        <w:rPr>
          <w:rFonts w:ascii="Cambria" w:hAnsi="Cambria"/>
          <w:b/>
          <w:color w:val="123968"/>
          <w:sz w:val="20"/>
        </w:rPr>
        <w:t>21.09.2026 г. - 11.45 ч.</w:t>
      </w:r>
      <w:r>
        <w:rPr>
          <w:rFonts w:ascii="Cambria" w:hAnsi="Cambria"/>
          <w:b/>
          <w:color w:val="123968"/>
          <w:sz w:val="20"/>
        </w:rPr>
        <w:t>, 30 деца от "Частна детска градина Доброта" ЕООД, с. Синитово, общ. Пазарджик Мир, мир, мир.</w:t>
      </w:r>
      <w:r>
        <w:rPr>
          <w:rFonts w:ascii="Cambria" w:hAnsi="Cambria"/>
          <w:color w:val="222222"/>
          <w:sz w:val="20"/>
        </w:rPr>
        <w:t xml:space="preserve"> Децата от излизат на двора под съпровода на тиха, празнична и светла музика. Подреждат се в голям общ кръг – символ на Земята и на задружността. Всяко дете държи в ръка предварително бяло гълъбче или балон и изрича послание за мир. Всички заедно ги пускат към небето с думите "Мир, мир,мир...". В края на събитието, точно в 12. 00 ч, камбанен звън ще огласи детската градина.</w:t>
      </w:r>
    </w:p>
    <w:p>
      <w:pPr>
        <w:keepNext/>
        <w:keepLines/>
        <w:spacing w:before="180" w:after="80"/>
        <w:jc w:val="left"/>
        <w:pBdr>
          <w:bottom w:val="single" w:sz="6" w:space="2" w:color="B88A2C"/>
        </w:pBdr>
      </w:pPr>
      <w:r>
        <w:rPr>
          <w:rFonts w:ascii="Cambria" w:hAnsi="Cambria"/>
          <w:b/>
          <w:color w:val="123968"/>
          <w:sz w:val="23"/>
        </w:rPr>
        <w:t>ОБЛАСТ ПЕРНИК</w:t>
      </w:r>
    </w:p>
    <w:p>
      <w:pPr>
        <w:keepNext w:val="0"/>
        <w:widowControl/>
        <w:spacing w:before="0" w:after="110" w:line="247" w:lineRule="auto"/>
        <w:jc w:val="both"/>
      </w:pPr>
      <w:r>
        <w:rPr>
          <w:rFonts w:ascii="Cambria" w:hAnsi="Cambria"/>
          <w:b/>
          <w:color w:val="123968"/>
          <w:sz w:val="20"/>
        </w:rPr>
        <w:t>21.09.2026 11:00</w:t>
      </w:r>
      <w:r>
        <w:rPr>
          <w:rFonts w:ascii="Cambria" w:hAnsi="Cambria"/>
          <w:b/>
          <w:color w:val="123968"/>
          <w:sz w:val="20"/>
        </w:rPr>
        <w:t>, 90 деца ДГ,, Валентина Терешкова ", с. Батановци, рисунка и изложба за мир „Гълъбче за мир“ Децата</w:t>
      </w:r>
      <w:r>
        <w:rPr>
          <w:rFonts w:ascii="Cambria" w:hAnsi="Cambria"/>
          <w:color w:val="222222"/>
          <w:sz w:val="20"/>
        </w:rPr>
        <w:t xml:space="preserve"> ще направят изложба от рисунки и ще подарим гълъбчета в знак на мир.</w:t>
      </w:r>
    </w:p>
    <w:p>
      <w:pPr>
        <w:keepNext/>
        <w:keepLines/>
        <w:spacing w:before="180" w:after="80"/>
        <w:jc w:val="left"/>
        <w:pBdr>
          <w:bottom w:val="single" w:sz="6" w:space="2" w:color="B88A2C"/>
        </w:pBdr>
      </w:pPr>
      <w:r>
        <w:rPr>
          <w:rFonts w:ascii="Cambria" w:hAnsi="Cambria"/>
          <w:b/>
          <w:color w:val="123968"/>
          <w:sz w:val="23"/>
        </w:rPr>
        <w:t>ОБЛАСТ ПЛЕВЕН</w:t>
      </w:r>
    </w:p>
    <w:p>
      <w:pPr>
        <w:keepNext w:val="0"/>
        <w:widowControl/>
        <w:spacing w:before="0" w:after="110" w:line="247" w:lineRule="auto"/>
        <w:jc w:val="both"/>
      </w:pPr>
      <w:r>
        <w:rPr>
          <w:rFonts w:ascii="Cambria" w:hAnsi="Cambria"/>
          <w:b/>
          <w:color w:val="123968"/>
          <w:sz w:val="20"/>
        </w:rPr>
        <w:t>25.09.2026 13:00</w:t>
      </w:r>
      <w:r>
        <w:rPr>
          <w:rFonts w:ascii="Cambria" w:hAnsi="Cambria"/>
          <w:b/>
          <w:color w:val="123968"/>
          <w:sz w:val="20"/>
        </w:rPr>
        <w:t>, 15 ученика от СУ "Пейо Крачолов Яворов", Плевен</w:t>
      </w:r>
      <w:r>
        <w:rPr>
          <w:rFonts w:ascii="Cambria" w:hAnsi="Cambria"/>
          <w:color w:val="222222"/>
          <w:sz w:val="20"/>
        </w:rPr>
        <w:t xml:space="preserve"> ще представят „Новините от един мирен свят“. СУ "Пейо Крачолов Яворов" предвижда заснемане на новинарска емисия от един по-мирен и спокоен свят без насилие, агресия и тормоз.</w:t>
      </w:r>
    </w:p>
    <w:p>
      <w:pPr>
        <w:keepNext w:val="0"/>
        <w:widowControl/>
        <w:spacing w:before="0" w:after="110" w:line="247" w:lineRule="auto"/>
        <w:jc w:val="both"/>
      </w:pPr>
      <w:r>
        <w:rPr>
          <w:rFonts w:ascii="Cambria" w:hAnsi="Cambria"/>
          <w:b/>
          <w:color w:val="123968"/>
          <w:sz w:val="20"/>
        </w:rPr>
        <w:t>21.09.2026 11:00</w:t>
      </w:r>
      <w:r>
        <w:rPr>
          <w:rFonts w:ascii="Cambria" w:hAnsi="Cambria"/>
          <w:b/>
          <w:color w:val="123968"/>
          <w:sz w:val="20"/>
        </w:rPr>
        <w:t>, 100 деца от ДГ „Слънце“ “Слънчеви камбани за мир” , гр. Левски. Децата</w:t>
      </w:r>
      <w:r>
        <w:rPr>
          <w:rFonts w:ascii="Cambria" w:hAnsi="Cambria"/>
          <w:color w:val="222222"/>
          <w:sz w:val="20"/>
        </w:rPr>
        <w:t xml:space="preserve"> ще звънят с камбанките, които всяка година подготвителната група подарява на ДГ, ще пуснат бели балони с послания за мир и ще се организира изложба с детски рисунки</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20 ученици от Основно училище "Христо Ботев", с.Плешиат "Камбанен звън огласява мира ".</w:t>
      </w:r>
      <w:r>
        <w:rPr>
          <w:rFonts w:ascii="Cambria" w:hAnsi="Cambria"/>
          <w:color w:val="222222"/>
          <w:sz w:val="20"/>
        </w:rPr>
        <w:t xml:space="preserve"> На 21 септември нашето училище ще отбележи Международния ден за мир,като всички ние учители и ученици с тържествен училищен звънец ще изпратим своя силен призив за световен мир.</w:t>
      </w:r>
    </w:p>
    <w:p>
      <w:pPr>
        <w:keepNext w:val="0"/>
        <w:widowControl/>
        <w:spacing w:before="0" w:after="110" w:line="247" w:lineRule="auto"/>
        <w:jc w:val="both"/>
      </w:pPr>
      <w:r>
        <w:rPr>
          <w:rFonts w:ascii="Cambria" w:hAnsi="Cambria"/>
          <w:b/>
          <w:color w:val="123968"/>
          <w:sz w:val="20"/>
        </w:rPr>
        <w:t>21.09.2026 13:49</w:t>
      </w:r>
      <w:r>
        <w:rPr>
          <w:rFonts w:ascii="Cambria" w:hAnsi="Cambria"/>
          <w:b/>
          <w:color w:val="123968"/>
          <w:sz w:val="20"/>
        </w:rPr>
        <w:t>, 120 деца от ДГ " Чучулига", Плевен Минута мълчание и камбанен звън. Нашата детска градина</w:t>
      </w:r>
      <w:r>
        <w:rPr>
          <w:rFonts w:ascii="Cambria" w:hAnsi="Cambria"/>
          <w:color w:val="222222"/>
          <w:sz w:val="20"/>
        </w:rPr>
        <w:t xml:space="preserve"> ще се включи в инициативата Ви с "Минута мълчание" и "Камбанен звън"</w:t>
      </w:r>
    </w:p>
    <w:p>
      <w:pPr>
        <w:keepNext w:val="0"/>
        <w:widowControl/>
        <w:spacing w:before="0" w:after="110" w:line="247" w:lineRule="auto"/>
        <w:jc w:val="both"/>
      </w:pPr>
      <w:r>
        <w:rPr>
          <w:rFonts w:ascii="Cambria" w:hAnsi="Cambria"/>
          <w:b/>
          <w:color w:val="123968"/>
          <w:sz w:val="20"/>
        </w:rPr>
        <w:t>23.09.2026 13:00</w:t>
      </w:r>
      <w:r>
        <w:rPr>
          <w:rFonts w:ascii="Cambria" w:hAnsi="Cambria"/>
          <w:b/>
          <w:color w:val="123968"/>
          <w:sz w:val="20"/>
        </w:rPr>
        <w:t>, 40 деца от НЧ "Петър Парчевич-1927", Асеново, общ. Никопол Мир за всички деца по света. Представяне на рисунки и дейност свързана на читалището с децата през изминалото лято. С камбанен звън на училищен звънец /тъй като нямаме вече училище/</w:t>
      </w:r>
      <w:r>
        <w:rPr>
          <w:rFonts w:ascii="Cambria" w:hAnsi="Cambria"/>
          <w:color w:val="222222"/>
          <w:sz w:val="20"/>
        </w:rPr>
        <w:t xml:space="preserve"> ще запознаем наши очаквани гости от чужбина с желанието инициативата "Камбанен звън" да стане част от тяхното гостуване в България. Ще има традиционни храни и непринудени разговори за мира по света и радостта - децата ни да живеят спокойно и щастливо навсякъде.</w:t>
      </w:r>
    </w:p>
    <w:p>
      <w:pPr>
        <w:keepNext w:val="0"/>
        <w:widowControl/>
        <w:spacing w:before="0" w:after="110" w:line="247" w:lineRule="auto"/>
        <w:jc w:val="both"/>
      </w:pPr>
      <w:r>
        <w:rPr>
          <w:rFonts w:ascii="Cambria" w:hAnsi="Cambria" w:eastAsia="Cambria" w:cs="Cambria"/>
          <w:b/>
          <w:sz w:val="20"/>
          <w:color w:val="123968"/>
        </w:rPr>
        <w:t xml:space="preserve">21.09.2026 12:00, 123 деца от ДГ „Дружба“, Плевен ще се включат в „Камбанен звън огласява мира“. </w:t>
      </w:r>
      <w:r>
        <w:rPr>
          <w:rFonts w:ascii="Cambria" w:hAnsi="Cambria" w:eastAsia="Cambria" w:cs="Cambria"/>
          <w:b w:val="0"/>
          <w:sz w:val="20"/>
          <w:color w:val="222222"/>
        </w:rPr>
        <w:t>Обща инициатива „Послание за мир“.</w:t>
      </w:r>
    </w:p>
    <w:p>
      <w:pPr>
        <w:keepNext w:val="0"/>
        <w:widowControl/>
        <w:spacing w:before="0" w:after="110" w:line="247" w:lineRule="auto"/>
        <w:jc w:val="both"/>
      </w:pPr>
      <w:r>
        <w:rPr>
          <w:rFonts w:ascii="Cambria" w:hAnsi="Cambria" w:eastAsia="Cambria" w:cs="Cambria"/>
          <w:b/>
          <w:sz w:val="20"/>
          <w:color w:val="123968"/>
        </w:rPr>
        <w:t xml:space="preserve">21.09.2026 12:08, 20 деца от ДГ „Щастливо детство“, с. Мечка, общ. Плевен ще проведат „Когато камбаните говорят“. </w:t>
      </w:r>
      <w:r>
        <w:rPr>
          <w:rFonts w:ascii="Cambria" w:hAnsi="Cambria" w:eastAsia="Cambria" w:cs="Cambria"/>
          <w:b w:val="0"/>
          <w:sz w:val="20"/>
          <w:color w:val="222222"/>
        </w:rPr>
        <w:t>Преход от камбанен звън към минута мълчание.</w:t>
      </w:r>
    </w:p>
    <w:p>
      <w:pPr>
        <w:keepNext w:val="0"/>
        <w:widowControl/>
        <w:spacing w:before="0" w:after="110" w:line="247" w:lineRule="auto"/>
        <w:jc w:val="both"/>
      </w:pPr>
      <w:r>
        <w:rPr>
          <w:rFonts w:ascii="Cambria" w:hAnsi="Cambria" w:eastAsia="Cambria" w:cs="Cambria"/>
          <w:b/>
          <w:sz w:val="20"/>
          <w:color w:val="123968"/>
        </w:rPr>
        <w:t xml:space="preserve">21.09.2026 10:20, 50 ученици от Професионална гимназия по мениджмънт и хранителни технологии, Плевен ще проведат „Час на училищния мир и разбирателство“. </w:t>
      </w:r>
      <w:r>
        <w:rPr>
          <w:rFonts w:ascii="Cambria" w:hAnsi="Cambria" w:eastAsia="Cambria" w:cs="Cambria"/>
          <w:b w:val="0"/>
          <w:sz w:val="20"/>
          <w:color w:val="222222"/>
        </w:rPr>
        <w:t>В час на класа 9-и и 10-и клас ще стартират часа с камбанен звън и едноминутно мълчание. Часът ще протече на тема „Мирът в моите ръце“, а на входа ще поставят символичен бял знак.</w:t>
      </w:r>
    </w:p>
    <w:p>
      <w:pPr>
        <w:keepNext w:val="0"/>
        <w:widowControl/>
        <w:spacing w:before="0" w:after="110" w:line="247" w:lineRule="auto"/>
        <w:jc w:val="both"/>
      </w:pPr>
      <w:r>
        <w:rPr>
          <w:rFonts w:ascii="Cambria" w:hAnsi="Cambria" w:eastAsia="Cambria" w:cs="Cambria"/>
          <w:b/>
          <w:sz w:val="20"/>
          <w:color w:val="123968"/>
        </w:rPr>
        <w:t xml:space="preserve">21.09.2026 12:00, 115 деца от ДГ „Слънце“, Плевен ще се включат с „Камбани за мир“. </w:t>
      </w:r>
      <w:r>
        <w:rPr>
          <w:rFonts w:ascii="Cambria" w:hAnsi="Cambria" w:eastAsia="Cambria" w:cs="Cambria"/>
          <w:b w:val="0"/>
          <w:sz w:val="20"/>
          <w:color w:val="222222"/>
        </w:rPr>
        <w:t>1. Камбанен звън за мира; 2. Общо изпълнение на песен „Детска планета“; 3. Изработване на бяло гълъбче на мира.</w:t>
      </w:r>
    </w:p>
    <w:p>
      <w:pPr>
        <w:keepNext/>
        <w:keepLines/>
        <w:spacing w:before="180" w:after="80"/>
        <w:jc w:val="left"/>
        <w:pBdr>
          <w:bottom w:val="single" w:sz="6" w:space="2" w:color="B88A2C"/>
        </w:pBdr>
      </w:pPr>
      <w:r>
        <w:rPr>
          <w:rFonts w:ascii="Cambria" w:hAnsi="Cambria"/>
          <w:b/>
          <w:color w:val="123968"/>
          <w:sz w:val="23"/>
        </w:rPr>
        <w:t>ОБЛАСТ ПЛОВДИВ</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200 деца от НУ "Неделя Петкова", Сопот</w:t>
      </w:r>
      <w:r>
        <w:rPr>
          <w:rFonts w:ascii="Cambria" w:hAnsi="Cambria"/>
          <w:color w:val="222222"/>
          <w:sz w:val="20"/>
        </w:rPr>
        <w:t xml:space="preserve"> ще имат училищен час за мир. В часа на класа ще проведат беседи за МИР и учениците ще нарисуват рисунки за изложба, която ще се позиционира във фоайето на училището</w:t>
      </w:r>
    </w:p>
    <w:p>
      <w:pPr>
        <w:keepNext w:val="0"/>
        <w:widowControl/>
        <w:spacing w:before="0" w:after="110" w:line="247" w:lineRule="auto"/>
        <w:jc w:val="both"/>
      </w:pPr>
      <w:r>
        <w:rPr>
          <w:rFonts w:ascii="Cambria" w:hAnsi="Cambria" w:eastAsia="Cambria" w:cs="Cambria"/>
          <w:b/>
          <w:sz w:val="20"/>
          <w:color w:val="123968"/>
        </w:rPr>
        <w:t xml:space="preserve">21.09.2026 17:43, 120 ученици от СУ „Недялка Шилева“, Съединение ще отправят посланието „Нека мирът полети!“. </w:t>
      </w:r>
      <w:r>
        <w:rPr>
          <w:rFonts w:ascii="Cambria" w:hAnsi="Cambria" w:eastAsia="Cambria" w:cs="Cambria"/>
          <w:b w:val="0"/>
          <w:sz w:val="20"/>
          <w:color w:val="222222"/>
        </w:rPr>
        <w:t>Ще участват в инициативата „Бяло платно за мир“ и ще пуснат бели гълъби. Темата ще бъде включена и в Час на класа.</w:t>
      </w:r>
    </w:p>
    <w:p>
      <w:pPr>
        <w:keepNext w:val="0"/>
        <w:widowControl/>
        <w:spacing w:before="0" w:after="110" w:line="247" w:lineRule="auto"/>
        <w:jc w:val="both"/>
      </w:pPr>
      <w:r>
        <w:rPr>
          <w:rFonts w:ascii="Cambria" w:hAnsi="Cambria" w:eastAsia="Cambria" w:cs="Cambria"/>
          <w:b/>
          <w:sz w:val="20"/>
          <w:color w:val="123968"/>
        </w:rPr>
        <w:t xml:space="preserve">21.09.2026 09:05, 100 ученици от СУ „Любен Каравелов“, Пловдив ще представят „Ритъмът на мира“. </w:t>
      </w:r>
      <w:r>
        <w:rPr>
          <w:rFonts w:ascii="Cambria" w:hAnsi="Cambria" w:eastAsia="Cambria" w:cs="Cambria"/>
          <w:b w:val="0"/>
          <w:sz w:val="20"/>
          <w:color w:val="222222"/>
        </w:rPr>
        <w:t>Учениците от началния курс ще изразят своето послание чрез въздействаща танцова хореография под музикален съпровод. В събитието ще бъдат интегрирани ръчно изработени от децата символи на мира – рисунки, постери и др.</w:t>
      </w:r>
    </w:p>
    <w:p>
      <w:pPr>
        <w:keepNext/>
        <w:keepLines/>
        <w:spacing w:before="180" w:after="80"/>
        <w:jc w:val="left"/>
        <w:pBdr>
          <w:bottom w:val="single" w:sz="6" w:space="2" w:color="B88A2C"/>
        </w:pBdr>
      </w:pPr>
      <w:r>
        <w:rPr>
          <w:rFonts w:ascii="Cambria" w:hAnsi="Cambria"/>
          <w:b/>
          <w:color w:val="123968"/>
          <w:sz w:val="23"/>
        </w:rPr>
        <w:t>ОБЛАСТ РАЗГРАД</w:t>
      </w:r>
    </w:p>
    <w:p>
      <w:pPr>
        <w:keepNext w:val="0"/>
        <w:widowControl/>
        <w:spacing w:before="0" w:after="110" w:line="247" w:lineRule="auto"/>
        <w:jc w:val="both"/>
      </w:pPr>
      <w:r>
        <w:rPr>
          <w:rFonts w:ascii="Cambria" w:hAnsi="Cambria"/>
          <w:b/>
          <w:color w:val="123968"/>
          <w:sz w:val="20"/>
        </w:rPr>
        <w:t xml:space="preserve">24.09.2026 13:40  </w:t>
      </w:r>
      <w:r>
        <w:rPr>
          <w:rFonts w:ascii="Cambria" w:hAnsi="Cambria"/>
          <w:b/>
          <w:color w:val="123968"/>
          <w:sz w:val="20"/>
        </w:rPr>
        <w:t>25 ученика от Профилирана гимназия "В. Левски“ Исперих</w:t>
      </w:r>
      <w:r>
        <w:rPr>
          <w:rFonts w:ascii="Cambria" w:hAnsi="Cambria"/>
          <w:color w:val="222222"/>
          <w:sz w:val="20"/>
        </w:rPr>
        <w:t xml:space="preserve"> ще имат Училищен час за мир. В час по Предприемачество - дискусия "Когато идеите създават, а не разрушават", доверие, честност, коректност в бизнеса</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300 ученици от Профилирана гимназия "В. Левски"  , Исперих</w:t>
      </w:r>
      <w:r>
        <w:rPr>
          <w:rFonts w:ascii="Cambria" w:hAnsi="Cambria"/>
          <w:color w:val="222222"/>
          <w:sz w:val="20"/>
        </w:rPr>
        <w:t xml:space="preserve"> ще чуят камбанен звън Насочване на вниманието на всички ученици и служители на Гимназията към темата.</w:t>
      </w:r>
    </w:p>
    <w:p>
      <w:pPr>
        <w:keepNext w:val="0"/>
        <w:widowControl/>
        <w:spacing w:before="0" w:after="110" w:line="247" w:lineRule="auto"/>
        <w:jc w:val="both"/>
      </w:pPr>
      <w:r>
        <w:rPr>
          <w:rFonts w:ascii="Cambria" w:hAnsi="Cambria"/>
          <w:b/>
          <w:color w:val="123968"/>
          <w:sz w:val="20"/>
        </w:rPr>
        <w:t xml:space="preserve">18.09.2026 10:00 </w:t>
      </w:r>
      <w:r>
        <w:rPr>
          <w:rFonts w:ascii="Cambria" w:hAnsi="Cambria"/>
          <w:b/>
          <w:color w:val="123968"/>
          <w:sz w:val="20"/>
        </w:rPr>
        <w:t>ч, 20 ученика от  от Профилирана гимназия "В. Левски" , Исперих</w:t>
      </w:r>
      <w:r>
        <w:rPr>
          <w:rFonts w:ascii="Cambria" w:hAnsi="Cambria"/>
          <w:color w:val="222222"/>
          <w:sz w:val="20"/>
        </w:rPr>
        <w:t xml:space="preserve"> ще проведат училищен час за мир:  „Мирът в нашия клас, училище, общност“. Това ще бъде  дискусия по темата на английски език за допринасяне към развитието на умения за общуване на чужд език</w:t>
      </w:r>
    </w:p>
    <w:p>
      <w:pPr>
        <w:keepNext w:val="0"/>
        <w:widowControl/>
        <w:spacing w:before="0" w:after="110" w:line="247" w:lineRule="auto"/>
        <w:jc w:val="both"/>
      </w:pPr>
      <w:r>
        <w:rPr>
          <w:rFonts w:ascii="Cambria" w:hAnsi="Cambria"/>
          <w:b/>
          <w:color w:val="123968"/>
          <w:sz w:val="20"/>
        </w:rPr>
        <w:t>21.09.2026 12:05</w:t>
      </w:r>
      <w:r>
        <w:rPr>
          <w:rFonts w:ascii="Cambria" w:hAnsi="Cambria"/>
          <w:b/>
          <w:color w:val="123968"/>
          <w:sz w:val="20"/>
        </w:rPr>
        <w:t>, 100 деца от  СНЦ "Нов полет“ Исперих че направят идеята за мира в действие :  От идея към действие: младежи за мир.</w:t>
      </w:r>
      <w:r>
        <w:rPr>
          <w:rFonts w:ascii="Cambria" w:hAnsi="Cambria"/>
          <w:color w:val="222222"/>
          <w:sz w:val="20"/>
        </w:rPr>
        <w:t xml:space="preserve"> Ще извършат младежки дейности, свързани с популяризирането на събитието и темата сред класовете на Гимназията.</w:t>
      </w:r>
    </w:p>
    <w:p>
      <w:pPr>
        <w:keepNext w:val="0"/>
        <w:widowControl/>
        <w:spacing w:before="0" w:after="110" w:line="247" w:lineRule="auto"/>
        <w:jc w:val="both"/>
      </w:pPr>
      <w:r>
        <w:rPr>
          <w:rFonts w:ascii="Cambria" w:hAnsi="Cambria"/>
          <w:b/>
          <w:color w:val="123968"/>
          <w:sz w:val="20"/>
        </w:rPr>
        <w:t>18.09.2026 09:00</w:t>
      </w:r>
      <w:r>
        <w:rPr>
          <w:rFonts w:ascii="Cambria" w:hAnsi="Cambria"/>
          <w:b/>
          <w:color w:val="123968"/>
          <w:sz w:val="20"/>
        </w:rPr>
        <w:t>, 40 ученици от Профилирана гимназия "В. Левски", Исперих,</w:t>
      </w:r>
      <w:r>
        <w:rPr>
          <w:rFonts w:ascii="Cambria" w:hAnsi="Cambria"/>
          <w:color w:val="222222"/>
          <w:sz w:val="20"/>
        </w:rPr>
        <w:t xml:space="preserve"> ще проведат Училищен час за мир - Мирът е равновесие. В час по биология и география ще дискутират, че мирът е равновесие /в човека, между хората и с природата/ беседа с учениците, прилагайки знанията по двете дисциплини</w:t>
      </w:r>
    </w:p>
    <w:p>
      <w:pPr>
        <w:keepNext w:val="0"/>
        <w:widowControl/>
        <w:spacing w:before="0" w:after="110" w:line="247" w:lineRule="auto"/>
        <w:jc w:val="both"/>
      </w:pPr>
      <w:r>
        <w:rPr>
          <w:rFonts w:ascii="Cambria" w:hAnsi="Cambria"/>
          <w:b/>
          <w:color w:val="123968"/>
          <w:sz w:val="20"/>
        </w:rPr>
        <w:t xml:space="preserve">21.09.2026 </w:t>
      </w:r>
      <w:r>
        <w:rPr>
          <w:rFonts w:ascii="Cambria" w:hAnsi="Cambria"/>
          <w:b/>
          <w:color w:val="123968"/>
          <w:sz w:val="20"/>
        </w:rPr>
        <w:t>, 120 деца от Детска градина "Васил Левски" гр. РАЗГРАД, "Заедно за мир по света"</w:t>
      </w:r>
      <w:r>
        <w:rPr>
          <w:rFonts w:ascii="Cambria" w:hAnsi="Cambria"/>
          <w:color w:val="222222"/>
          <w:sz w:val="20"/>
        </w:rPr>
        <w:t xml:space="preserve"> ще се включат в общия и едновременен камбанен звън с минута тишина и звън на камбани в детската градина</w:t>
      </w:r>
    </w:p>
    <w:p>
      <w:pPr>
        <w:keepNext w:val="0"/>
        <w:widowControl/>
        <w:spacing w:before="0" w:after="110" w:line="247" w:lineRule="auto"/>
        <w:jc w:val="both"/>
      </w:pPr>
      <w:r>
        <w:rPr>
          <w:rFonts w:ascii="Cambria" w:hAnsi="Cambria"/>
          <w:b/>
          <w:color w:val="123968"/>
          <w:sz w:val="20"/>
        </w:rPr>
        <w:t>18.09.2026 г. от 11.00 ч.</w:t>
      </w:r>
      <w:r>
        <w:rPr>
          <w:rFonts w:ascii="Cambria" w:hAnsi="Cambria"/>
          <w:b/>
          <w:color w:val="123968"/>
          <w:sz w:val="20"/>
        </w:rPr>
        <w:t xml:space="preserve"> 25 деца от ОУ "Никола Йонков Вапцаров", Разград. На бялото платно</w:t>
      </w:r>
      <w:r>
        <w:rPr>
          <w:rFonts w:ascii="Cambria" w:hAnsi="Cambria"/>
          <w:color w:val="222222"/>
          <w:sz w:val="20"/>
        </w:rPr>
        <w:t xml:space="preserve"> ще има изобразено символ камбана с бяло гълъбче и клонка в клюна му. Децата ще нарисуват своите ръчички и в тях ще има бяло гълъбче, ще напишат мисли свързани с мирал Българското знаме ще е в центъра на платното.</w:t>
      </w:r>
    </w:p>
    <w:p>
      <w:pPr>
        <w:keepNext w:val="0"/>
        <w:widowControl/>
        <w:spacing w:before="0" w:after="110" w:line="247" w:lineRule="auto"/>
        <w:jc w:val="both"/>
      </w:pPr>
      <w:r>
        <w:rPr>
          <w:rFonts w:ascii="Cambria" w:hAnsi="Cambria"/>
          <w:b/>
          <w:color w:val="123968"/>
          <w:sz w:val="20"/>
        </w:rPr>
        <w:t>21.09.2026 12:29</w:t>
      </w:r>
      <w:r>
        <w:rPr>
          <w:rFonts w:ascii="Cambria" w:hAnsi="Cambria"/>
          <w:b/>
          <w:color w:val="123968"/>
          <w:sz w:val="20"/>
        </w:rPr>
        <w:t>, 25 деца от ДГ 2 " Дора Габе" с. ЯСЕНОВЕЦ „Камбанен звън огласява мира“: Деца облечени с тениски с цветовете на българското знаме, под звуците на училищен звънец</w:t>
      </w:r>
      <w:r>
        <w:rPr>
          <w:rFonts w:ascii="Cambria" w:hAnsi="Cambria"/>
          <w:color w:val="222222"/>
          <w:sz w:val="20"/>
        </w:rPr>
        <w:t xml:space="preserve"> ще отправят своето послание към целия свят за мир и ще пуснат бели гълъби като символ на мира.</w:t>
      </w:r>
    </w:p>
    <w:p>
      <w:pPr>
        <w:keepNext w:val="0"/>
        <w:widowControl/>
        <w:spacing w:before="0" w:after="110" w:line="247" w:lineRule="auto"/>
        <w:jc w:val="both"/>
      </w:pPr>
      <w:r>
        <w:rPr>
          <w:rFonts w:ascii="Cambria" w:hAnsi="Cambria"/>
          <w:b/>
          <w:color w:val="123968"/>
          <w:sz w:val="20"/>
        </w:rPr>
        <w:t>25.09.2026 14:00</w:t>
      </w:r>
      <w:r>
        <w:rPr>
          <w:rFonts w:ascii="Cambria" w:hAnsi="Cambria"/>
          <w:b/>
          <w:color w:val="123968"/>
          <w:sz w:val="20"/>
        </w:rPr>
        <w:t>, 50 ученици от ОУ "Св. Св. Кирил и Методий", с. Ясеновец Седмица за мир. Учениците от начален етап</w:t>
      </w:r>
      <w:r>
        <w:rPr>
          <w:rFonts w:ascii="Cambria" w:hAnsi="Cambria"/>
          <w:color w:val="222222"/>
          <w:sz w:val="20"/>
        </w:rPr>
        <w:t xml:space="preserve"> ще изразят своята подкрепа за мир.</w:t>
      </w:r>
    </w:p>
    <w:p>
      <w:pPr>
        <w:keepNext/>
        <w:keepLines/>
        <w:spacing w:before="180" w:after="80"/>
        <w:jc w:val="left"/>
        <w:pBdr>
          <w:bottom w:val="single" w:sz="6" w:space="2" w:color="B88A2C"/>
        </w:pBdr>
      </w:pPr>
      <w:r>
        <w:rPr>
          <w:rFonts w:ascii="Cambria" w:hAnsi="Cambria"/>
          <w:b/>
          <w:color w:val="123968"/>
          <w:sz w:val="23"/>
        </w:rPr>
        <w:t>ОБЛАСТ СЛИВЕН</w:t>
      </w:r>
    </w:p>
    <w:p>
      <w:pPr>
        <w:keepNext w:val="0"/>
        <w:widowControl/>
        <w:spacing w:before="0" w:after="110" w:line="247" w:lineRule="auto"/>
        <w:jc w:val="both"/>
      </w:pPr>
      <w:r>
        <w:rPr>
          <w:rFonts w:ascii="Cambria" w:hAnsi="Cambria"/>
          <w:b/>
          <w:color w:val="123968"/>
          <w:sz w:val="20"/>
        </w:rPr>
        <w:t>21.09.2026 12:00 ч.</w:t>
      </w:r>
      <w:r>
        <w:rPr>
          <w:rFonts w:ascii="Cambria" w:hAnsi="Cambria"/>
          <w:b/>
          <w:color w:val="123968"/>
          <w:sz w:val="20"/>
        </w:rPr>
        <w:t xml:space="preserve"> 170 ученици от НУ "Свети Паисий Хилендарски, Нова Загора</w:t>
      </w:r>
      <w:r>
        <w:rPr>
          <w:rFonts w:ascii="Cambria" w:hAnsi="Cambria"/>
          <w:color w:val="222222"/>
          <w:sz w:val="20"/>
        </w:rPr>
        <w:t xml:space="preserve"> ще чуят химна на нашето училище</w:t>
      </w:r>
    </w:p>
    <w:p>
      <w:pPr>
        <w:keepNext/>
        <w:keepLines/>
        <w:spacing w:before="180" w:after="80"/>
        <w:jc w:val="left"/>
        <w:pBdr>
          <w:bottom w:val="single" w:sz="6" w:space="2" w:color="B88A2C"/>
        </w:pBdr>
      </w:pPr>
      <w:r>
        <w:rPr>
          <w:rFonts w:ascii="Cambria" w:hAnsi="Cambria"/>
          <w:b/>
          <w:color w:val="123968"/>
          <w:sz w:val="23"/>
        </w:rPr>
        <w:t>ОБЛАСТ СМОЛЯН</w:t>
      </w:r>
    </w:p>
    <w:p>
      <w:pPr>
        <w:keepNext w:val="0"/>
        <w:widowControl/>
        <w:spacing w:before="0" w:after="110" w:line="247" w:lineRule="auto"/>
        <w:jc w:val="both"/>
      </w:pPr>
      <w:r>
        <w:rPr>
          <w:rFonts w:ascii="Cambria" w:hAnsi="Cambria"/>
          <w:b/>
          <w:color w:val="123968"/>
          <w:sz w:val="20"/>
        </w:rPr>
        <w:t>21.09.2026 11:59</w:t>
      </w:r>
      <w:r>
        <w:rPr>
          <w:rFonts w:ascii="Cambria" w:hAnsi="Cambria"/>
          <w:b/>
          <w:color w:val="123968"/>
          <w:sz w:val="20"/>
        </w:rPr>
        <w:t>, 500 ученици от СУ "Отец Паисий" Мадан</w:t>
      </w:r>
      <w:r>
        <w:rPr>
          <w:rFonts w:ascii="Cambria" w:hAnsi="Cambria"/>
          <w:color w:val="222222"/>
          <w:sz w:val="20"/>
        </w:rPr>
        <w:t xml:space="preserve"> ще преживят инициативата с  1. Минута тишина в </w:t>
      </w:r>
      <w:r>
        <w:rPr>
          <w:rFonts w:ascii="Cambria" w:hAnsi="Cambria"/>
          <w:b/>
          <w:color w:val="123968"/>
          <w:sz w:val="20"/>
        </w:rPr>
        <w:t>11:59 ч.</w:t>
      </w:r>
      <w:r>
        <w:rPr>
          <w:rFonts w:ascii="Cambria" w:hAnsi="Cambria"/>
          <w:color w:val="222222"/>
          <w:sz w:val="20"/>
        </w:rPr>
        <w:t xml:space="preserve"> 2. Камбанен звън в </w:t>
      </w:r>
      <w:r>
        <w:rPr>
          <w:rFonts w:ascii="Cambria" w:hAnsi="Cambria"/>
          <w:b/>
          <w:color w:val="123968"/>
          <w:sz w:val="20"/>
        </w:rPr>
        <w:t>12:00 ч.</w:t>
      </w:r>
      <w:r>
        <w:rPr>
          <w:rFonts w:ascii="Cambria" w:hAnsi="Cambria"/>
          <w:color w:val="222222"/>
          <w:sz w:val="20"/>
        </w:rPr>
        <w:t xml:space="preserve"> - училищен звънец 3. Бяло платно с послания за мир</w:t>
      </w:r>
    </w:p>
    <w:p>
      <w:pPr>
        <w:keepNext/>
        <w:keepLines/>
        <w:spacing w:before="180" w:after="80"/>
        <w:jc w:val="left"/>
        <w:pBdr>
          <w:bottom w:val="single" w:sz="6" w:space="2" w:color="B88A2C"/>
        </w:pBdr>
      </w:pPr>
      <w:r>
        <w:rPr>
          <w:rFonts w:ascii="Cambria" w:hAnsi="Cambria"/>
          <w:b/>
          <w:color w:val="123968"/>
          <w:sz w:val="23"/>
        </w:rPr>
        <w:t>ОБЛАСТ СОФИЯ</w:t>
      </w:r>
    </w:p>
    <w:p>
      <w:pPr>
        <w:keepNext w:val="0"/>
        <w:widowControl/>
        <w:spacing w:before="0" w:after="110" w:line="247" w:lineRule="auto"/>
        <w:jc w:val="both"/>
      </w:pPr>
      <w:r>
        <w:rPr>
          <w:rFonts w:ascii="Cambria" w:hAnsi="Cambria"/>
          <w:b/>
          <w:color w:val="123968"/>
          <w:sz w:val="20"/>
        </w:rPr>
        <w:t>25.09.2026 09:19</w:t>
      </w:r>
      <w:r>
        <w:rPr>
          <w:rFonts w:ascii="Cambria" w:hAnsi="Cambria"/>
          <w:b/>
          <w:color w:val="123968"/>
          <w:sz w:val="20"/>
        </w:rPr>
        <w:t>, 15 деца от Детска вокална група "Славейче" с ръководител г-жа Деница Стойкова, при НЧ "Надежда-1900" - с. Чавдар</w:t>
      </w:r>
      <w:r>
        <w:rPr>
          <w:rFonts w:ascii="Cambria" w:hAnsi="Cambria"/>
          <w:color w:val="222222"/>
          <w:sz w:val="20"/>
        </w:rPr>
        <w:t xml:space="preserve"> ще се включи в инициативата с "Бяло платно за мир", в знак на съпричастност и подкрепа от НЧ "Надежда-1900"- с. Чавдар</w:t>
      </w:r>
    </w:p>
    <w:p>
      <w:pPr>
        <w:keepNext w:val="0"/>
        <w:widowControl/>
        <w:spacing w:before="0" w:after="110" w:line="247" w:lineRule="auto"/>
        <w:jc w:val="both"/>
      </w:pPr>
      <w:r>
        <w:rPr>
          <w:rFonts w:ascii="Cambria" w:hAnsi="Cambria"/>
          <w:b/>
          <w:color w:val="123968"/>
          <w:sz w:val="20"/>
        </w:rPr>
        <w:t>21.09.2026 10:00</w:t>
      </w:r>
      <w:r>
        <w:rPr>
          <w:rFonts w:ascii="Cambria" w:hAnsi="Cambria"/>
          <w:b/>
          <w:color w:val="123968"/>
          <w:sz w:val="20"/>
        </w:rPr>
        <w:t>, 400 деца от Народно училище „Христо Ботев“, град Елин Пелин, събитието „Мир за мен, за теб, за всички нас“ – училищен час за мир.</w:t>
      </w:r>
      <w:r>
        <w:rPr>
          <w:rFonts w:ascii="Cambria" w:hAnsi="Cambria"/>
          <w:color w:val="222222"/>
          <w:sz w:val="20"/>
        </w:rPr>
        <w:t xml:space="preserve">  Дискусии по паралелки и общо училищно отбелязване.</w:t>
      </w:r>
    </w:p>
    <w:p>
      <w:pPr>
        <w:keepNext/>
        <w:keepLines/>
        <w:spacing w:before="180" w:after="80"/>
        <w:jc w:val="left"/>
        <w:pBdr>
          <w:bottom w:val="single" w:sz="6" w:space="2" w:color="B88A2C"/>
        </w:pBdr>
      </w:pPr>
      <w:r>
        <w:rPr>
          <w:rFonts w:ascii="Cambria" w:hAnsi="Cambria"/>
          <w:b/>
          <w:color w:val="123968"/>
          <w:sz w:val="23"/>
        </w:rPr>
        <w:t>ОБЛАСТ СОФИЯ-ГРАД</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280 ученика от 12.СУ”Цар Иван Асен ||”  София</w:t>
      </w:r>
      <w:r>
        <w:rPr>
          <w:rFonts w:ascii="Cambria" w:hAnsi="Cambria"/>
          <w:color w:val="222222"/>
          <w:sz w:val="20"/>
        </w:rPr>
        <w:t xml:space="preserve"> ще посрещнат Камбанения звън за мир в двора на училището си .</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750 ученици и техните учители от  81. СУ "Виктор Юго", София,  заедно ученици и учители</w:t>
      </w:r>
      <w:r>
        <w:rPr>
          <w:rFonts w:ascii="Cambria" w:hAnsi="Cambria"/>
          <w:color w:val="222222"/>
          <w:sz w:val="20"/>
        </w:rPr>
        <w:t xml:space="preserve"> ще запазят минута мълчание, след което в 12 часа ще прозвучи училищният звънец. Ще бъде и проведена дискусия с учениците относно мира ще се включат с Бяло платно Всяко дете ще нарисува на бял лист своето послание за "Мирът е моят избор. Мирът е нашият избор", след което ще бъдат събрани всички рисунки, които ще оформят голямото "Бяло платно за мир". Ще бъде закачено на главния вход на училището..</w:t>
      </w:r>
    </w:p>
    <w:p>
      <w:pPr>
        <w:keepNext w:val="0"/>
        <w:widowControl/>
        <w:spacing w:before="0" w:after="110" w:line="247" w:lineRule="auto"/>
        <w:jc w:val="both"/>
      </w:pPr>
      <w:r>
        <w:rPr>
          <w:rFonts w:ascii="Cambria" w:hAnsi="Cambria"/>
          <w:b/>
          <w:color w:val="123968"/>
          <w:sz w:val="20"/>
        </w:rPr>
        <w:t>21.09.2026 г. в 12.00 ч.</w:t>
      </w:r>
      <w:r>
        <w:rPr>
          <w:rFonts w:ascii="Cambria" w:hAnsi="Cambria"/>
          <w:b/>
          <w:color w:val="123968"/>
          <w:sz w:val="20"/>
        </w:rPr>
        <w:t xml:space="preserve"> 190 ученици от 103 ОУ "Васил Левски", София</w:t>
      </w:r>
      <w:r>
        <w:rPr>
          <w:rFonts w:ascii="Cambria" w:hAnsi="Cambria"/>
          <w:color w:val="222222"/>
          <w:sz w:val="20"/>
        </w:rPr>
        <w:t xml:space="preserve"> ще бъдат строени на двора и ще прозвучи камбанен звън като послание за мир.</w:t>
      </w:r>
    </w:p>
    <w:p>
      <w:pPr>
        <w:keepNext w:val="0"/>
        <w:widowControl/>
        <w:spacing w:before="0" w:after="110" w:line="247" w:lineRule="auto"/>
        <w:jc w:val="both"/>
      </w:pPr>
      <w:r>
        <w:rPr>
          <w:rFonts w:ascii="Cambria" w:hAnsi="Cambria"/>
          <w:b/>
          <w:color w:val="123968"/>
          <w:sz w:val="20"/>
        </w:rPr>
        <w:t>20.09.2026 17:00</w:t>
      </w:r>
      <w:r>
        <w:rPr>
          <w:rFonts w:ascii="Cambria" w:hAnsi="Cambria"/>
          <w:b/>
          <w:color w:val="123968"/>
          <w:sz w:val="20"/>
        </w:rPr>
        <w:t>, 20 деца от Сдружение НИМ анимейшънс училище за кино и телевизия, София,  „Създай игрален филм на тема мир“.</w:t>
      </w:r>
      <w:r>
        <w:rPr>
          <w:rFonts w:ascii="Cambria" w:hAnsi="Cambria"/>
          <w:color w:val="222222"/>
          <w:sz w:val="20"/>
        </w:rPr>
        <w:t xml:space="preserve"> По повод събитието и международният ден на мира на 21-ви, каним деца на възраст 8–12/13 години да влязат в света на игралното кино и заедно да създадат своя кратка филмова история за мира, която ще обработим и пуснем на </w:t>
      </w:r>
      <w:r>
        <w:rPr>
          <w:rFonts w:ascii="Cambria" w:hAnsi="Cambria"/>
          <w:b/>
          <w:color w:val="123968"/>
          <w:sz w:val="20"/>
        </w:rPr>
        <w:t>21.09</w:t>
      </w:r>
      <w:r>
        <w:rPr>
          <w:rFonts w:ascii="Cambria" w:hAnsi="Cambria"/>
          <w:color w:val="222222"/>
          <w:sz w:val="20"/>
        </w:rPr>
        <w:t>.</w:t>
      </w:r>
    </w:p>
    <w:p>
      <w:pPr>
        <w:keepNext w:val="0"/>
        <w:widowControl/>
        <w:spacing w:before="0" w:after="110" w:line="247" w:lineRule="auto"/>
        <w:jc w:val="both"/>
      </w:pPr>
      <w:r>
        <w:rPr>
          <w:rFonts w:ascii="Cambria" w:hAnsi="Cambria"/>
          <w:b/>
          <w:color w:val="123968"/>
          <w:sz w:val="20"/>
        </w:rPr>
        <w:t>24.09.2026</w:t>
      </w:r>
      <w:r>
        <w:rPr>
          <w:rFonts w:ascii="Cambria" w:hAnsi="Cambria"/>
          <w:b/>
          <w:color w:val="123968"/>
          <w:sz w:val="20"/>
        </w:rPr>
        <w:t>г 10ч, 70 деца от 23 ДГ"Здраве“, София,</w:t>
      </w:r>
      <w:r>
        <w:rPr>
          <w:rFonts w:ascii="Cambria" w:hAnsi="Cambria"/>
          <w:color w:val="222222"/>
          <w:sz w:val="20"/>
        </w:rPr>
        <w:t xml:space="preserve"> ще заявят „Мирът е моят избор“ с рисунка  и изложба за мир. Децата от три групи ще рисуват и ще направят изложба</w:t>
      </w:r>
    </w:p>
    <w:p>
      <w:pPr>
        <w:keepNext w:val="0"/>
        <w:widowControl/>
        <w:spacing w:before="0" w:after="110" w:line="247" w:lineRule="auto"/>
        <w:jc w:val="both"/>
      </w:pPr>
      <w:r>
        <w:rPr>
          <w:rFonts w:ascii="Cambria" w:hAnsi="Cambria"/>
          <w:b/>
          <w:color w:val="123968"/>
          <w:sz w:val="20"/>
        </w:rPr>
        <w:t>25.09.2026 10:00</w:t>
      </w:r>
      <w:r>
        <w:rPr>
          <w:rFonts w:ascii="Cambria" w:hAnsi="Cambria"/>
          <w:b/>
          <w:color w:val="123968"/>
          <w:sz w:val="20"/>
        </w:rPr>
        <w:t xml:space="preserve">, 10 деца от 64 СОУ Цар Симеон Велики, София,  </w:t>
      </w:r>
      <w:r>
        <w:rPr>
          <w:rFonts w:ascii="Cambria" w:hAnsi="Cambria"/>
          <w:color w:val="222222"/>
          <w:sz w:val="20"/>
        </w:rPr>
        <w:t xml:space="preserve"> ще рисуват върху бяло платно за мир.</w:t>
      </w:r>
    </w:p>
    <w:p>
      <w:pPr>
        <w:keepNext w:val="0"/>
        <w:widowControl/>
        <w:spacing w:before="0" w:after="110" w:line="247" w:lineRule="auto"/>
        <w:jc w:val="both"/>
      </w:pPr>
      <w:r>
        <w:rPr>
          <w:rFonts w:ascii="Cambria" w:hAnsi="Cambria"/>
          <w:b/>
          <w:color w:val="123968"/>
          <w:sz w:val="20"/>
        </w:rPr>
        <w:t>17.09.2026 10:00</w:t>
      </w:r>
      <w:r>
        <w:rPr>
          <w:rFonts w:ascii="Cambria" w:hAnsi="Cambria"/>
          <w:b/>
          <w:color w:val="123968"/>
          <w:sz w:val="20"/>
        </w:rPr>
        <w:t xml:space="preserve">, 150 деца от ДГ 131 " ФЛОРА ", София, </w:t>
      </w:r>
      <w:r>
        <w:rPr>
          <w:rFonts w:ascii="Cambria" w:hAnsi="Cambria"/>
          <w:color w:val="222222"/>
          <w:sz w:val="20"/>
        </w:rPr>
        <w:t xml:space="preserve"> ще рисуват върху бяло платно за мир.</w:t>
      </w:r>
    </w:p>
    <w:p>
      <w:pPr>
        <w:keepNext w:val="0"/>
        <w:widowControl/>
        <w:spacing w:before="0" w:after="110" w:line="247" w:lineRule="auto"/>
        <w:jc w:val="both"/>
      </w:pPr>
      <w:r>
        <w:rPr>
          <w:rFonts w:ascii="Cambria" w:hAnsi="Cambria"/>
          <w:b/>
          <w:color w:val="123968"/>
          <w:sz w:val="20"/>
        </w:rPr>
        <w:t>21.09.2026 09:00</w:t>
      </w:r>
      <w:r>
        <w:rPr>
          <w:rFonts w:ascii="Cambria" w:hAnsi="Cambria"/>
          <w:b/>
          <w:color w:val="123968"/>
          <w:sz w:val="20"/>
        </w:rPr>
        <w:t>, 120 деца от ЧОУ „Светлина“ в гр. София „Мирът започва от нас“ : „Мирът започва от нас“ е училищен час, посветен на мира, добротата и взаимното уважение. Ученици и учители</w:t>
      </w:r>
      <w:r>
        <w:rPr>
          <w:rFonts w:ascii="Cambria" w:hAnsi="Cambria"/>
          <w:color w:val="222222"/>
          <w:sz w:val="20"/>
        </w:rPr>
        <w:t xml:space="preserve"> ще споделят своите послания за мир, ще запазят минута тишина и ще отправят общ призив за разбирателство и човечност. Ще насочим вниманието към силата на малките ежедневни избори – да бъдем добри, да уважаваме различията, да помагаме и да протягаме ръка към другия. Защото мирът не е само послание, а начин, по който избираме да живеем заедно.</w:t>
      </w:r>
    </w:p>
    <w:p>
      <w:pPr>
        <w:keepNext w:val="0"/>
        <w:widowControl/>
        <w:spacing w:before="0" w:after="110" w:line="247" w:lineRule="auto"/>
        <w:jc w:val="both"/>
      </w:pPr>
      <w:r>
        <w:rPr>
          <w:rFonts w:ascii="Cambria" w:hAnsi="Cambria"/>
          <w:b/>
          <w:color w:val="123968"/>
          <w:sz w:val="20"/>
        </w:rPr>
        <w:t>21.09.2026 09:59</w:t>
      </w:r>
      <w:r>
        <w:rPr>
          <w:rFonts w:ascii="Cambria" w:hAnsi="Cambria"/>
          <w:b/>
          <w:color w:val="123968"/>
          <w:sz w:val="20"/>
        </w:rPr>
        <w:t>, 200 деца от 61.</w:t>
      </w:r>
      <w:r>
        <w:rPr>
          <w:rFonts w:ascii="Cambria" w:hAnsi="Cambria"/>
          <w:color w:val="222222"/>
          <w:sz w:val="20"/>
        </w:rPr>
        <w:t xml:space="preserve"> ОУ "Св.Св. Кирил и Методий",  София, „Нашият глас за мир“, Камбанен звън в знак на уважение, човечност, съпричастност и мир по света.</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500 ученици от 42 ОУ "Хаджи Димитър", София Камбанен звън на мира.</w:t>
      </w:r>
      <w:r>
        <w:rPr>
          <w:rFonts w:ascii="Cambria" w:hAnsi="Cambria"/>
          <w:color w:val="222222"/>
          <w:sz w:val="20"/>
        </w:rPr>
        <w:t xml:space="preserve"> Поставяне на бяло платно за послания и училищен звънец в името на всеобщ мир.</w:t>
      </w:r>
    </w:p>
    <w:p>
      <w:pPr>
        <w:keepNext w:val="0"/>
        <w:widowControl/>
        <w:spacing w:before="0" w:after="110" w:line="247" w:lineRule="auto"/>
        <w:jc w:val="both"/>
      </w:pPr>
      <w:r>
        <w:rPr>
          <w:rFonts w:ascii="Cambria" w:hAnsi="Cambria" w:eastAsia="Cambria" w:cs="Cambria"/>
          <w:b/>
          <w:sz w:val="20"/>
          <w:color w:val="123968"/>
        </w:rPr>
        <w:t xml:space="preserve">19.09.2026 11:00, 180 деца от ДГ 15 „Чучулига“, София ще участват в „Да растем в мир“. </w:t>
      </w:r>
      <w:r>
        <w:rPr>
          <w:rFonts w:ascii="Cambria" w:hAnsi="Cambria" w:eastAsia="Cambria" w:cs="Cambria"/>
          <w:b w:val="0"/>
          <w:sz w:val="20"/>
          <w:color w:val="222222"/>
        </w:rPr>
        <w:t>Създаване на композиция от отпечатъци на ръчички на децата от всички групи.</w:t>
      </w:r>
    </w:p>
    <w:p>
      <w:pPr>
        <w:keepNext/>
        <w:keepLines/>
        <w:spacing w:before="180" w:after="80"/>
        <w:jc w:val="left"/>
        <w:pBdr>
          <w:bottom w:val="single" w:sz="6" w:space="2" w:color="B88A2C"/>
        </w:pBdr>
      </w:pPr>
      <w:r>
        <w:rPr>
          <w:rFonts w:ascii="Cambria" w:hAnsi="Cambria"/>
          <w:b/>
          <w:color w:val="123968"/>
          <w:sz w:val="23"/>
        </w:rPr>
        <w:t>ОБЛАСТ СТАРА ЗАГОРА</w:t>
      </w:r>
    </w:p>
    <w:p>
      <w:pPr>
        <w:keepNext w:val="0"/>
        <w:widowControl/>
        <w:spacing w:before="0" w:after="110" w:line="247" w:lineRule="auto"/>
        <w:jc w:val="both"/>
      </w:pPr>
      <w:r>
        <w:rPr>
          <w:rFonts w:ascii="Cambria" w:hAnsi="Cambria"/>
          <w:b/>
          <w:color w:val="123968"/>
          <w:sz w:val="20"/>
        </w:rPr>
        <w:t>152 деца от три възрастови групи от Деца от ДГ №3 "Ян Бибиян", Стара Загора  се включват в инициативата "Камбанен звън огласява мира". Децата</w:t>
      </w:r>
      <w:r>
        <w:rPr>
          <w:rFonts w:ascii="Cambria" w:hAnsi="Cambria"/>
          <w:color w:val="222222"/>
          <w:sz w:val="20"/>
        </w:rPr>
        <w:t xml:space="preserve"> ще създават бял плакат с послание и рисунки на гълъби, изложба на темата мир: </w:t>
      </w:r>
      <w:r>
        <w:rPr>
          <w:rFonts w:ascii="Cambria" w:hAnsi="Cambria"/>
          <w:b/>
          <w:color w:val="123968"/>
          <w:sz w:val="20"/>
        </w:rPr>
        <w:t xml:space="preserve">На 21.09.2026 в 12:30 </w:t>
      </w:r>
      <w:r>
        <w:rPr>
          <w:rFonts w:ascii="Cambria" w:hAnsi="Cambria"/>
          <w:color w:val="222222"/>
          <w:sz w:val="20"/>
        </w:rPr>
        <w:t xml:space="preserve">децата от първа и втора възрастова група се включват в инициативата "Камбанен звън". На </w:t>
      </w:r>
      <w:r>
        <w:rPr>
          <w:rFonts w:ascii="Cambria" w:hAnsi="Cambria"/>
          <w:b/>
          <w:color w:val="123968"/>
          <w:sz w:val="20"/>
        </w:rPr>
        <w:t>18.09</w:t>
      </w:r>
      <w:r>
        <w:rPr>
          <w:rFonts w:ascii="Cambria" w:hAnsi="Cambria"/>
          <w:color w:val="222222"/>
          <w:sz w:val="20"/>
        </w:rPr>
        <w:t xml:space="preserve">. </w:t>
      </w:r>
      <w:r>
        <w:rPr>
          <w:rFonts w:ascii="Cambria" w:hAnsi="Cambria"/>
          <w:b/>
          <w:color w:val="123968"/>
          <w:sz w:val="20"/>
        </w:rPr>
        <w:t>14:54</w:t>
      </w:r>
      <w:r>
        <w:rPr>
          <w:rFonts w:ascii="Cambria" w:hAnsi="Cambria"/>
          <w:color w:val="222222"/>
          <w:sz w:val="20"/>
        </w:rPr>
        <w:t xml:space="preserve">, 47 деца ще създадат бял плакат с послание и рисунки на гълъби. </w:t>
      </w:r>
      <w:r>
        <w:rPr>
          <w:rFonts w:ascii="Cambria" w:hAnsi="Cambria"/>
          <w:b/>
          <w:color w:val="123968"/>
          <w:sz w:val="20"/>
        </w:rPr>
        <w:t xml:space="preserve">На 23.09.2026 </w:t>
      </w:r>
      <w:r>
        <w:rPr>
          <w:rFonts w:ascii="Cambria" w:hAnsi="Cambria"/>
          <w:color w:val="222222"/>
          <w:sz w:val="20"/>
        </w:rPr>
        <w:t>57 деца от от четвъртите възрастови групи ще направят изложба по темата.</w:t>
      </w:r>
    </w:p>
    <w:p>
      <w:pPr>
        <w:keepNext/>
        <w:keepLines/>
        <w:spacing w:before="180" w:after="80"/>
        <w:jc w:val="left"/>
        <w:pBdr>
          <w:bottom w:val="single" w:sz="6" w:space="2" w:color="B88A2C"/>
        </w:pBdr>
      </w:pPr>
      <w:r>
        <w:rPr>
          <w:rFonts w:ascii="Cambria" w:hAnsi="Cambria"/>
          <w:b/>
          <w:color w:val="123968"/>
          <w:sz w:val="23"/>
        </w:rPr>
        <w:t>ОБЛАСТ ХАСКОВО</w:t>
      </w:r>
    </w:p>
    <w:p>
      <w:pPr>
        <w:keepNext w:val="0"/>
        <w:widowControl/>
        <w:spacing w:before="0" w:after="110" w:line="247" w:lineRule="auto"/>
        <w:jc w:val="both"/>
      </w:pPr>
      <w:r>
        <w:rPr>
          <w:rFonts w:ascii="Cambria" w:hAnsi="Cambria"/>
          <w:b/>
          <w:color w:val="123968"/>
          <w:sz w:val="20"/>
        </w:rPr>
        <w:t>21.09.2026 09:50</w:t>
      </w:r>
      <w:r>
        <w:rPr>
          <w:rFonts w:ascii="Cambria" w:hAnsi="Cambria"/>
          <w:b/>
          <w:color w:val="123968"/>
          <w:sz w:val="20"/>
        </w:rPr>
        <w:t>, 60 деца от детска градина "Ивайловград,</w:t>
      </w:r>
      <w:r>
        <w:rPr>
          <w:rFonts w:ascii="Cambria" w:hAnsi="Cambria"/>
          <w:color w:val="222222"/>
          <w:sz w:val="20"/>
        </w:rPr>
        <w:t xml:space="preserve"> ще излъчат Камбанен звън на мира -деца с послание за мир", ще рецитират на стихотворения за мира и послания за мир от децата</w:t>
      </w:r>
    </w:p>
    <w:p>
      <w:pPr>
        <w:keepNext w:val="0"/>
        <w:widowControl/>
        <w:spacing w:before="0" w:after="110" w:line="247" w:lineRule="auto"/>
        <w:jc w:val="both"/>
      </w:pPr>
      <w:r>
        <w:rPr>
          <w:rFonts w:ascii="Cambria" w:hAnsi="Cambria"/>
          <w:b/>
          <w:color w:val="123968"/>
          <w:sz w:val="20"/>
        </w:rPr>
        <w:t>21.09.2026г. 09.30</w:t>
      </w:r>
      <w:r>
        <w:rPr>
          <w:rFonts w:ascii="Cambria" w:hAnsi="Cambria"/>
          <w:b/>
          <w:color w:val="123968"/>
          <w:sz w:val="20"/>
        </w:rPr>
        <w:t>, 100 деца от СУ „Паисий Хилендарски“ гр. Хасково. „Мирът е нашият избор“: учениците</w:t>
      </w:r>
      <w:r>
        <w:rPr>
          <w:rFonts w:ascii="Cambria" w:hAnsi="Cambria"/>
          <w:color w:val="222222"/>
          <w:sz w:val="20"/>
        </w:rPr>
        <w:t xml:space="preserve"> ще рисуват и пишат послания за мира, с телата си ще изпишат да думата МИР</w:t>
      </w:r>
    </w:p>
    <w:p>
      <w:pPr>
        <w:keepNext w:val="0"/>
        <w:widowControl/>
        <w:spacing w:before="0" w:after="110" w:line="247" w:lineRule="auto"/>
        <w:jc w:val="both"/>
      </w:pPr>
      <w:r>
        <w:rPr>
          <w:rFonts w:ascii="Cambria" w:hAnsi="Cambria"/>
          <w:b/>
          <w:color w:val="123968"/>
          <w:sz w:val="20"/>
        </w:rPr>
        <w:t>21.09.2026 11:59</w:t>
      </w:r>
      <w:r>
        <w:rPr>
          <w:rFonts w:ascii="Cambria" w:hAnsi="Cambria"/>
          <w:b/>
          <w:color w:val="123968"/>
          <w:sz w:val="20"/>
        </w:rPr>
        <w:t>, 500 деца от ОУ „Св. Климент Охридски“ гр. Хасково. „Камбанен звън огласява мира“.</w:t>
      </w:r>
      <w:r>
        <w:rPr>
          <w:rFonts w:ascii="Cambria" w:hAnsi="Cambria"/>
          <w:color w:val="222222"/>
          <w:sz w:val="20"/>
        </w:rPr>
        <w:t xml:space="preserve"> Събитието включва: 1) минута тишина в </w:t>
      </w:r>
      <w:r>
        <w:rPr>
          <w:rFonts w:ascii="Cambria" w:hAnsi="Cambria"/>
          <w:b/>
          <w:color w:val="123968"/>
          <w:sz w:val="20"/>
        </w:rPr>
        <w:t>11:59 ч.</w:t>
      </w:r>
      <w:r>
        <w:rPr>
          <w:rFonts w:ascii="Cambria" w:hAnsi="Cambria"/>
          <w:color w:val="222222"/>
          <w:sz w:val="20"/>
        </w:rPr>
        <w:t xml:space="preserve">; 2) камбанен звън в </w:t>
      </w:r>
      <w:r>
        <w:rPr>
          <w:rFonts w:ascii="Cambria" w:hAnsi="Cambria"/>
          <w:b/>
          <w:color w:val="123968"/>
          <w:sz w:val="20"/>
        </w:rPr>
        <w:t>12:00 ч.</w:t>
      </w:r>
      <w:r>
        <w:rPr>
          <w:rFonts w:ascii="Cambria" w:hAnsi="Cambria"/>
          <w:color w:val="222222"/>
          <w:sz w:val="20"/>
        </w:rPr>
        <w:t>; 3) рисунки върху платно и асфалт с послания за мир; 4) музикално изпълнение на детските вокални групи от училището.</w:t>
      </w:r>
    </w:p>
    <w:p>
      <w:pPr>
        <w:keepNext w:val="0"/>
        <w:widowControl/>
        <w:spacing w:before="0" w:after="110" w:line="247" w:lineRule="auto"/>
        <w:jc w:val="both"/>
      </w:pPr>
      <w:r>
        <w:rPr>
          <w:rFonts w:ascii="Cambria" w:hAnsi="Cambria"/>
          <w:b/>
          <w:color w:val="123968"/>
          <w:sz w:val="20"/>
        </w:rPr>
        <w:t>24.09.2026 10:00</w:t>
      </w:r>
      <w:r>
        <w:rPr>
          <w:rFonts w:ascii="Cambria" w:hAnsi="Cambria"/>
          <w:b/>
          <w:color w:val="123968"/>
          <w:sz w:val="20"/>
        </w:rPr>
        <w:t>, 70 деца от ДГ „Детски свят“, Харманли, концерт за мир „Един свят, един ритъм, едно бъдеще - заедно за мир!“ В националната "Седмица за мир 2026" децата от Детска градина „Детски свят“</w:t>
      </w:r>
      <w:r>
        <w:rPr>
          <w:rFonts w:ascii="Cambria" w:hAnsi="Cambria"/>
          <w:color w:val="222222"/>
          <w:sz w:val="20"/>
        </w:rPr>
        <w:t xml:space="preserve"> ще се обединят в едно специално послание за мир, приятелство, доброта и разбирателство. Чрез танци, музика и общи движения децата ще покажат, че независимо от различията си, всички можем да бъдем заедно, да се уважаваме и да си помагаме. Инициативата ще превърне танца в символ на единството и ще отправи послание към деца и възрастни, че мирът започва с малките добри жестове и с начина, по който се отнасяме един към друг.</w:t>
      </w:r>
    </w:p>
    <w:p>
      <w:pPr>
        <w:keepNext w:val="0"/>
        <w:widowControl/>
        <w:spacing w:before="0" w:after="110" w:line="247" w:lineRule="auto"/>
        <w:jc w:val="both"/>
      </w:pPr>
      <w:r>
        <w:rPr>
          <w:rFonts w:ascii="Cambria" w:hAnsi="Cambria"/>
          <w:b/>
          <w:color w:val="123968"/>
          <w:sz w:val="20"/>
        </w:rPr>
        <w:t>21.09.2026 11:00</w:t>
      </w:r>
      <w:r>
        <w:rPr>
          <w:rFonts w:ascii="Cambria" w:hAnsi="Cambria"/>
          <w:b/>
          <w:color w:val="123968"/>
          <w:sz w:val="20"/>
        </w:rPr>
        <w:t>, 20 деца от Детска градина ,, Пролет", град Харманли ,, Децата за мир". ,, Децата за мир“ е символично събитие, чрез което децата от ДГ „Пролет“</w:t>
      </w:r>
      <w:r>
        <w:rPr>
          <w:rFonts w:ascii="Cambria" w:hAnsi="Cambria"/>
          <w:color w:val="222222"/>
          <w:sz w:val="20"/>
        </w:rPr>
        <w:t xml:space="preserve"> ще отправят своето послание за мир, доброта, приятелство и разбирателство. Децата ще се хванат за ръце и ще образуват „кръг на мира“, символизиращ единството и близостта между хората. В центъра ще бъдат пуснати бели гълъби – символ на мира, които ще полетят като послание за надежда и мирно бъдеще. Ще бъде изработено и голямо табло във формата на гълъб, украсено с думи и послания, свързани с мира. Целта на инициативата е по достъпен и емоционален начин да насърчим у децата ценности като доброта, уважение, приятелство, взаимопомощ и разбирателство.</w:t>
      </w:r>
    </w:p>
    <w:p>
      <w:pPr>
        <w:keepNext w:val="0"/>
        <w:widowControl/>
        <w:spacing w:before="0" w:after="110" w:line="247" w:lineRule="auto"/>
        <w:jc w:val="both"/>
      </w:pPr>
      <w:r>
        <w:rPr>
          <w:rFonts w:ascii="Cambria" w:hAnsi="Cambria" w:eastAsia="Cambria" w:cs="Cambria"/>
          <w:b/>
          <w:sz w:val="20"/>
          <w:color w:val="123968"/>
        </w:rPr>
        <w:t xml:space="preserve">21.09.2026 12:00, 100 ученици от ПГТ „Д-р Иван Богоров“, Димитровград ще заявят „Мирът е нашият избор“. </w:t>
      </w:r>
      <w:r>
        <w:rPr>
          <w:rFonts w:ascii="Cambria" w:hAnsi="Cambria" w:eastAsia="Cambria" w:cs="Cambria"/>
          <w:b w:val="0"/>
          <w:sz w:val="20"/>
          <w:color w:val="222222"/>
        </w:rPr>
        <w:t>Ще инициират общи символични моменти – минута мълчание и общ звън.</w:t>
      </w:r>
    </w:p>
    <w:p>
      <w:pPr>
        <w:keepNext/>
        <w:keepLines/>
        <w:spacing w:before="180" w:after="80"/>
        <w:jc w:val="left"/>
        <w:pBdr>
          <w:bottom w:val="single" w:sz="6" w:space="2" w:color="B88A2C"/>
        </w:pBdr>
      </w:pPr>
      <w:r>
        <w:rPr>
          <w:rFonts w:ascii="Cambria" w:hAnsi="Cambria"/>
          <w:b/>
          <w:color w:val="123968"/>
          <w:sz w:val="23"/>
        </w:rPr>
        <w:t>ОБЛАСТ ШУМЕН</w:t>
      </w:r>
    </w:p>
    <w:p>
      <w:pPr>
        <w:keepNext w:val="0"/>
        <w:widowControl/>
        <w:spacing w:before="0" w:after="110" w:line="247" w:lineRule="auto"/>
        <w:jc w:val="both"/>
      </w:pPr>
      <w:r>
        <w:rPr>
          <w:rFonts w:ascii="Cambria" w:hAnsi="Cambria"/>
          <w:b/>
          <w:color w:val="123968"/>
          <w:sz w:val="20"/>
        </w:rPr>
        <w:t>15.09.2026 11:00</w:t>
      </w:r>
      <w:r>
        <w:rPr>
          <w:rFonts w:ascii="Cambria" w:hAnsi="Cambria"/>
          <w:b/>
          <w:color w:val="123968"/>
          <w:sz w:val="20"/>
        </w:rPr>
        <w:t>,  20 деца от детска градина „Мадарски конник“ от с. Мадара,</w:t>
      </w:r>
      <w:r>
        <w:rPr>
          <w:rFonts w:ascii="Cambria" w:hAnsi="Cambria"/>
          <w:color w:val="222222"/>
          <w:sz w:val="20"/>
        </w:rPr>
        <w:t xml:space="preserve"> Ще проведат кратка беседа с децата по повод конкретната инициатива.</w:t>
      </w:r>
    </w:p>
    <w:p>
      <w:pPr>
        <w:keepNext w:val="0"/>
        <w:widowControl/>
        <w:spacing w:before="0" w:after="110" w:line="247" w:lineRule="auto"/>
        <w:jc w:val="both"/>
      </w:pPr>
      <w:r>
        <w:rPr>
          <w:rFonts w:ascii="Cambria" w:hAnsi="Cambria"/>
          <w:b/>
          <w:color w:val="123968"/>
          <w:sz w:val="20"/>
        </w:rPr>
        <w:t>23.09.2026 10:30</w:t>
      </w:r>
      <w:r>
        <w:rPr>
          <w:rFonts w:ascii="Cambria" w:hAnsi="Cambria"/>
          <w:b/>
          <w:color w:val="123968"/>
          <w:sz w:val="20"/>
        </w:rPr>
        <w:t>, 15 деца от ДГ Пчелица, Шумен, Камбанен звън за мир в детските сърца,</w:t>
      </w:r>
      <w:r>
        <w:rPr>
          <w:rFonts w:ascii="Cambria" w:hAnsi="Cambria"/>
          <w:color w:val="222222"/>
          <w:sz w:val="20"/>
        </w:rPr>
        <w:t xml:space="preserve"> Децата от детска градина Пчелица гр. Шумен рисуват как децата виждат мира. Събитието ще завърши с обща изложба.</w:t>
      </w:r>
    </w:p>
    <w:p>
      <w:pPr>
        <w:keepNext/>
        <w:keepLines/>
        <w:spacing w:before="180" w:after="80"/>
        <w:jc w:val="left"/>
        <w:pBdr>
          <w:bottom w:val="single" w:sz="6" w:space="2" w:color="B88A2C"/>
        </w:pBdr>
      </w:pPr>
      <w:r>
        <w:rPr>
          <w:rFonts w:ascii="Cambria" w:hAnsi="Cambria"/>
          <w:b/>
          <w:color w:val="123968"/>
          <w:sz w:val="23"/>
        </w:rPr>
        <w:t>ОБЛАСТ ЯМБОЛ</w:t>
      </w:r>
    </w:p>
    <w:p>
      <w:pPr>
        <w:keepNext w:val="0"/>
        <w:widowControl/>
        <w:spacing w:before="0" w:after="110" w:line="247" w:lineRule="auto"/>
        <w:jc w:val="both"/>
      </w:pPr>
      <w:r>
        <w:rPr>
          <w:rFonts w:ascii="Cambria" w:hAnsi="Cambria"/>
          <w:b/>
          <w:color w:val="123968"/>
          <w:sz w:val="20"/>
        </w:rPr>
        <w:t>21.09.2026 12:00</w:t>
      </w:r>
      <w:r>
        <w:rPr>
          <w:rFonts w:ascii="Cambria" w:hAnsi="Cambria"/>
          <w:b/>
          <w:color w:val="123968"/>
          <w:sz w:val="20"/>
        </w:rPr>
        <w:t>, 17 ученици ОУ "Св. Паисий Хилендарски" - гр. Елхово</w:t>
      </w:r>
      <w:r>
        <w:rPr>
          <w:rFonts w:ascii="Cambria" w:hAnsi="Cambria"/>
          <w:color w:val="222222"/>
          <w:sz w:val="20"/>
        </w:rPr>
        <w:t xml:space="preserve"> ще отбележат  Ден на мира. Ще се включат в камбанен звън, платно на мира и песен за приятелството.</w:t>
      </w:r>
    </w:p>
    <w:p>
      <w:pPr>
        <w:keepNext w:val="0"/>
        <w:widowControl/>
        <w:spacing w:before="0" w:after="110" w:line="247" w:lineRule="auto"/>
        <w:jc w:val="both"/>
      </w:pPr>
      <w:r>
        <w:rPr>
          <w:rFonts w:ascii="Cambria" w:hAnsi="Cambria"/>
          <w:b/>
          <w:color w:val="123968"/>
          <w:sz w:val="20"/>
        </w:rPr>
        <w:t>21.09.2026 10:00</w:t>
      </w:r>
      <w:r>
        <w:rPr>
          <w:rFonts w:ascii="Cambria" w:hAnsi="Cambria"/>
          <w:b/>
          <w:color w:val="123968"/>
          <w:sz w:val="20"/>
        </w:rPr>
        <w:t>, 50 деца от Детска градина "Пламъче" Ямбол „Мир, дете, бъдеще“ 1.</w:t>
      </w:r>
      <w:r>
        <w:rPr>
          <w:rFonts w:ascii="Cambria" w:hAnsi="Cambria"/>
          <w:color w:val="222222"/>
          <w:sz w:val="20"/>
        </w:rPr>
        <w:t xml:space="preserve"> Раздаване на послания за мир на родители и граждани от децата на детската градина 2. Вокално изпълнение "Деца сме на България"</w:t>
      </w:r>
    </w:p>
    <w:p>
      <w:pPr>
        <w:keepNext w:val="0"/>
        <w:widowControl/>
        <w:spacing w:before="0" w:after="110" w:line="247" w:lineRule="auto"/>
        <w:jc w:val="both"/>
      </w:pPr>
      <w:r>
        <w:rPr>
          <w:rFonts w:ascii="Cambria" w:hAnsi="Cambria"/>
          <w:b/>
          <w:color w:val="123968"/>
          <w:sz w:val="20"/>
        </w:rPr>
        <w:t>21.09.2026 12:26</w:t>
      </w:r>
      <w:r>
        <w:rPr>
          <w:rFonts w:ascii="Cambria" w:hAnsi="Cambria"/>
          <w:b/>
          <w:color w:val="123968"/>
          <w:sz w:val="20"/>
        </w:rPr>
        <w:t>, 200 деца от ДГ "ВАЛЕНТИНА" ЯМБОЛ „Мирът е нашият избор".</w:t>
      </w:r>
      <w:r>
        <w:rPr>
          <w:rFonts w:ascii="Cambria" w:hAnsi="Cambria"/>
          <w:color w:val="222222"/>
          <w:sz w:val="20"/>
        </w:rPr>
        <w:t xml:space="preserve"> Аз избирам добротата! Аз избирам приятелството! Аз избирам уважението! Аз избирам разбирателството! Аз избирам усмивката! НЕКА МИР ДА ИМА ПО СВЕТА!</w:t>
      </w:r>
    </w:p>
    <w:p>
      <w:pPr>
        <w:keepNext w:val="0"/>
        <w:widowControl/>
        <w:spacing w:before="0" w:after="110" w:line="247" w:lineRule="auto"/>
        <w:jc w:val="both"/>
      </w:pPr>
      <w:r>
        <w:rPr>
          <w:rFonts w:ascii="Cambria" w:hAnsi="Cambria"/>
          <w:b/>
          <w:color w:val="123968"/>
          <w:sz w:val="20"/>
        </w:rPr>
        <w:t>21.09.2026</w:t>
      </w:r>
      <w:r>
        <w:rPr>
          <w:rFonts w:ascii="Cambria" w:hAnsi="Cambria"/>
          <w:b/>
          <w:color w:val="123968"/>
          <w:sz w:val="20"/>
        </w:rPr>
        <w:t>, 50 ученици от СУ "Климент Охридски ", Ямбол "Какво за мен е мирът?"</w:t>
      </w:r>
      <w:r>
        <w:rPr>
          <w:rFonts w:ascii="Cambria" w:hAnsi="Cambria"/>
          <w:color w:val="222222"/>
          <w:sz w:val="20"/>
        </w:rPr>
        <w:t xml:space="preserve"> Ще се включим и в трите инициативи - Минута тишина, Камбанен звън, Бяло платно за мир. Инициатор на събитието са младши посланиците на ЕП в училище, които ще поканят свои съученици да се включат в тези инициативи.</w:t>
      </w:r>
    </w:p>
    <w:p>
      <w:pPr>
        <w:keepNext/>
        <w:keepLines/>
        <w:spacing w:before="180" w:after="80"/>
        <w:jc w:val="left"/>
        <w:pBdr>
          <w:bottom w:val="single" w:sz="6" w:space="2" w:color="B88A2C"/>
        </w:pBdr>
      </w:pPr>
      <w:r>
        <w:rPr>
          <w:rFonts w:ascii="Cambria" w:hAnsi="Cambria"/>
          <w:b/>
          <w:color w:val="123968"/>
          <w:sz w:val="23"/>
        </w:rPr>
        <w:t>ЧУЖБИНА</w:t>
      </w:r>
    </w:p>
    <w:p>
      <w:pPr>
        <w:keepNext w:val="0"/>
        <w:widowControl/>
        <w:spacing w:before="0" w:after="110" w:line="247" w:lineRule="auto"/>
        <w:jc w:val="both"/>
      </w:pPr>
      <w:r>
        <w:rPr>
          <w:rFonts w:ascii="Cambria" w:hAnsi="Cambria"/>
          <w:color w:val="222222"/>
          <w:sz w:val="20"/>
        </w:rPr>
        <w:t xml:space="preserve">Подготовката вече започна в </w:t>
      </w:r>
      <w:r>
        <w:rPr>
          <w:rFonts w:ascii="Cambria" w:hAnsi="Cambria"/>
          <w:b/>
          <w:color w:val="123968"/>
          <w:sz w:val="20"/>
        </w:rPr>
        <w:t>Българското училище „Христо Ботев“ – Страсбург, Франция</w:t>
      </w:r>
      <w:r>
        <w:rPr>
          <w:rFonts w:ascii="Cambria" w:hAnsi="Cambria"/>
          <w:color w:val="222222"/>
          <w:sz w:val="20"/>
        </w:rPr>
        <w:t>. В часовете с учениците разговаряме по теми, свързани с мира, приятелството, добротата, уважението към различията и ролята на всеки от нас за създаването на един по-добър и мирен свят. Разсъждаваме за това какво означава мирът за тях, как „мирът започва от мен“ и как всеки от нас може да бъде негов посланик в ежедневието си. Учениците ще подготвят общо „Бяло платно за мир“ – пространство, в което ще оставят свои рисунки и лични послания. Ще прозвучат стихотворения, посветени на мира, а след минута мълчание камбанен звън ще даде начало на общо българско хоро с нашите ученици и танцьорите от „Канатица – Страсбург“. Децата ще подготвят балони с послания за мир на български език и на други езици, които владеят. Те ще ги разменят помежду си, а след това ще ги отнесат у дома и в своите френски или немски училища, за да ги подарят на други деца. Вярваме, че по този начин нашето послание ще продължи своя път – от дете към дете, от семейство към семейство и от Страсбург към света. Ще се радваме да споделим с Вас снимки, видеа и допълнителна информация от нашето участие в инициативата. С уважение,</w:t>
      </w:r>
    </w:p>
    <w:p>
      <w:pPr>
        <w:keepNext w:val="0"/>
        <w:widowControl/>
        <w:spacing w:before="0" w:after="110" w:line="247" w:lineRule="auto"/>
        <w:jc w:val="both"/>
      </w:pPr>
      <w:r>
        <w:rPr>
          <w:rFonts w:ascii="Cambria" w:hAnsi="Cambria"/>
          <w:b/>
          <w:color w:val="123968"/>
          <w:sz w:val="20"/>
        </w:rPr>
        <w:t>19.09.2026 15:00</w:t>
      </w:r>
      <w:r>
        <w:rPr>
          <w:rFonts w:ascii="Cambria" w:hAnsi="Cambria"/>
          <w:b/>
          <w:color w:val="123968"/>
          <w:sz w:val="20"/>
        </w:rPr>
        <w:t>, 15 деца от Културна Асоциация БУЛГЕРИ и БНУ " Пенчо Славейков, Салерно и Тури, Италия,</w:t>
      </w:r>
      <w:r>
        <w:rPr>
          <w:rFonts w:ascii="Cambria" w:hAnsi="Cambria"/>
          <w:color w:val="222222"/>
          <w:sz w:val="20"/>
        </w:rPr>
        <w:t xml:space="preserve"> ще участват с „Мирът започва от нас – от Салерно с любов“ Училищен час за мирНа 19 септември в нашето малко Българско училище 15 български деца от Салерно, Италия, ще се включат в „Седмица за мир“ чрез творчески занимания, разговори и общо послание за мир, доброта, приятелство и уважение. Децата ще създадат общо „Бяло платно ( картон) за мир“, рисунки и лични послания, които ще обединим във снимки и видео, посветено на Международния ден на мира – 21 септември. 15 деца, един глас за мира – от Салерно с любов</w:t>
      </w:r>
    </w:p>
    <w:p>
      <w:pPr>
        <w:keepNext w:val="0"/>
        <w:widowControl/>
        <w:spacing w:before="0" w:after="110" w:line="247" w:lineRule="auto"/>
        <w:jc w:val="both"/>
      </w:pPr>
      <w:r>
        <w:rPr>
          <w:rFonts w:ascii="Cambria" w:hAnsi="Cambria"/>
          <w:b/>
          <w:color w:val="123968"/>
          <w:sz w:val="20"/>
        </w:rPr>
        <w:t xml:space="preserve">На </w:t>
      </w:r>
      <w:r>
        <w:rPr>
          <w:rFonts w:ascii="Cambria" w:hAnsi="Cambria"/>
          <w:b/>
          <w:color w:val="123968"/>
          <w:sz w:val="20"/>
        </w:rPr>
        <w:t>19.09</w:t>
      </w:r>
      <w:r>
        <w:rPr>
          <w:rFonts w:ascii="Cambria" w:hAnsi="Cambria"/>
          <w:b/>
          <w:color w:val="123968"/>
          <w:sz w:val="20"/>
        </w:rPr>
        <w:t xml:space="preserve">, 2026 г., от </w:t>
      </w:r>
      <w:r>
        <w:rPr>
          <w:rFonts w:ascii="Cambria" w:hAnsi="Cambria"/>
          <w:b/>
          <w:color w:val="123968"/>
          <w:sz w:val="20"/>
        </w:rPr>
        <w:t xml:space="preserve">14.00 </w:t>
      </w:r>
      <w:r>
        <w:rPr>
          <w:rFonts w:ascii="Cambria" w:hAnsi="Cambria"/>
          <w:b/>
          <w:color w:val="123968"/>
          <w:sz w:val="20"/>
        </w:rPr>
        <w:t>ч, 30 деца от Българско училище "Св.св. Кирил и Методий", Корк, Ирландия,</w:t>
      </w:r>
      <w:r>
        <w:rPr>
          <w:rFonts w:ascii="Cambria" w:hAnsi="Cambria"/>
          <w:color w:val="222222"/>
          <w:sz w:val="20"/>
        </w:rPr>
        <w:t xml:space="preserve"> ще проведат събитието "Мирът език няма. Мирът е за всички". То ще бъде  тематичен урок, посветен на мира, и ще изработим табло с картонени гълъбчета, носещи детски послания за мир. Ще се изработи и украса за класната стая с послания на български и английски език – защото мирът език няма и е за всички, независимо къде се намираме. Събитието ще завърши с минута мълчание и символичен камбанен звън за мир. В събитието ще се включат както ученици от всички класове, така и родители и други членове на училищната общност.</w:t>
      </w:r>
    </w:p>
    <w:p>
      <w:pPr>
        <w:keepNext w:val="0"/>
        <w:widowControl/>
        <w:spacing w:before="0" w:after="110" w:line="247" w:lineRule="auto"/>
        <w:jc w:val="both"/>
      </w:pPr>
      <w:r>
        <w:rPr>
          <w:rFonts w:ascii="Cambria" w:hAnsi="Cambria"/>
          <w:b/>
          <w:color w:val="123968"/>
          <w:sz w:val="20"/>
        </w:rPr>
        <w:t>На 19.09.2026 12:00</w:t>
      </w:r>
      <w:r>
        <w:rPr>
          <w:rFonts w:ascii="Cambria" w:hAnsi="Cambria"/>
          <w:b/>
          <w:color w:val="123968"/>
          <w:sz w:val="20"/>
        </w:rPr>
        <w:t>, 200 деца от  Българска асоциация за образование „Райна Княгиня“ Ирландия, Дъблин,</w:t>
      </w:r>
      <w:r>
        <w:rPr>
          <w:rFonts w:ascii="Cambria" w:hAnsi="Cambria"/>
          <w:color w:val="222222"/>
          <w:sz w:val="20"/>
        </w:rPr>
        <w:t xml:space="preserve"> ще се включат с:  1 - Камбанен звън; 2 - Изписване на думата мир на различни езици; 3 - Пожелания за мир от учениците (визуализирани като листа, закачени на дърво); 4 - Рецитал на стихове за мир; 5 - Послания от учениците</w:t>
      </w:r>
    </w:p>
    <w:p>
      <w:pPr>
        <w:keepNext w:val="0"/>
        <w:widowControl/>
        <w:spacing w:before="0" w:after="110" w:line="247" w:lineRule="auto"/>
        <w:jc w:val="both"/>
      </w:pPr>
      <w:r>
        <w:rPr>
          <w:rFonts w:ascii="Cambria" w:hAnsi="Cambria"/>
          <w:b/>
          <w:color w:val="123968"/>
          <w:sz w:val="20"/>
        </w:rPr>
        <w:t>20.09.2026 11:00</w:t>
      </w:r>
      <w:r>
        <w:rPr>
          <w:rFonts w:ascii="Cambria" w:hAnsi="Cambria"/>
          <w:b/>
          <w:color w:val="123968"/>
          <w:sz w:val="20"/>
        </w:rPr>
        <w:t>, 100 деца от ПБНУ "Св. Иван Рилски" Испания, Мадрид,  „ЗАЕДНО ЗА РЪЦЕ - ЗА МИР:</w:t>
      </w:r>
      <w:r>
        <w:rPr>
          <w:rFonts w:ascii="Cambria" w:hAnsi="Cambria"/>
          <w:color w:val="222222"/>
          <w:sz w:val="20"/>
        </w:rPr>
        <w:t xml:space="preserve"> Децата от Българското неделно училище в Мадрид ще се хванат за ръце и ще изиграят българско хоро. Хоро, в което няма значение кой откъде идва. Кой какъв език говори. Кой е различен. Именно в това е смисълът – да бъдем заедно, без да е нужно да бъдем еднакви. Нашето хоро ще бъде за различието, което не ни разделя, а ни прави по-богати. За ръцете, които се намират и остават свързани. И за децата, които имат право да растат в свят, в който няма място за омраза и война. Защото вярваме, че мирът започва именно така – когато протегнем ръка към другия. Най-малките ще рисуват своята представа за този свят – такъв, какъвто искат да го видят. Нека светът избере мира. Защото за едно дете мирът не е дума. Мирът е мама да е там. Татко да е там. Домът да е там. И утрешният ден да дойде. Заедно за ръце – за мир.</w:t>
      </w:r>
    </w:p>
    <w:p>
      <w:pPr>
        <w:keepNext w:val="0"/>
        <w:widowControl/>
        <w:spacing w:before="0" w:after="110" w:line="247" w:lineRule="auto"/>
        <w:jc w:val="both"/>
      </w:pPr>
      <w:r>
        <w:rPr>
          <w:rFonts w:ascii="Cambria" w:hAnsi="Cambria"/>
          <w:b/>
          <w:color w:val="123968"/>
          <w:sz w:val="20"/>
        </w:rPr>
        <w:t>19.09.2026 11:00</w:t>
      </w:r>
      <w:r>
        <w:rPr>
          <w:rFonts w:ascii="Cambria" w:hAnsi="Cambria"/>
          <w:b/>
          <w:color w:val="123968"/>
          <w:sz w:val="20"/>
        </w:rPr>
        <w:t>, 40 деца ПБНУ "Св. Иван Рилски" Мостолес, Испания, ‚Рисунки и послания за мир“: С откриване на Новата учебна година</w:t>
      </w:r>
      <w:r>
        <w:rPr>
          <w:rFonts w:ascii="Cambria" w:hAnsi="Cambria"/>
          <w:color w:val="222222"/>
          <w:sz w:val="20"/>
        </w:rPr>
        <w:t xml:space="preserve"> ще реализираме изложба от рисунки, плакати, детски послания и послания от гости и родители за мир.</w:t>
      </w:r>
    </w:p>
    <w:p>
      <w:pPr>
        <w:keepNext w:val="0"/>
        <w:widowControl/>
        <w:spacing w:before="0" w:after="110" w:line="247" w:lineRule="auto"/>
        <w:jc w:val="both"/>
      </w:pPr>
      <w:r>
        <w:rPr>
          <w:rFonts w:ascii="Cambria" w:hAnsi="Cambria"/>
          <w:b/>
          <w:color w:val="123968"/>
          <w:sz w:val="20"/>
        </w:rPr>
        <w:t>20.09.2026 11:00</w:t>
      </w:r>
      <w:r>
        <w:rPr>
          <w:rFonts w:ascii="Cambria" w:hAnsi="Cambria"/>
          <w:b/>
          <w:color w:val="123968"/>
          <w:sz w:val="20"/>
        </w:rPr>
        <w:t>, 50 деца от БНУ "Христо Ботев" -Залцбург, Австрия</w:t>
      </w:r>
      <w:r>
        <w:rPr>
          <w:rFonts w:ascii="Cambria" w:hAnsi="Cambria"/>
          <w:color w:val="222222"/>
          <w:sz w:val="20"/>
        </w:rPr>
        <w:t xml:space="preserve"> ще рисуват върху бяло платно за мир.</w:t>
      </w:r>
    </w:p>
    <w:p>
      <w:pPr>
        <w:keepNext w:val="0"/>
        <w:widowControl/>
        <w:spacing w:before="0" w:after="110" w:line="247" w:lineRule="auto"/>
        <w:jc w:val="both"/>
      </w:pPr>
      <w:r>
        <w:rPr>
          <w:rFonts w:ascii="Cambria" w:hAnsi="Cambria"/>
          <w:b/>
          <w:color w:val="123968"/>
          <w:sz w:val="20"/>
        </w:rPr>
        <w:t>21.09.2026 16:00</w:t>
      </w:r>
      <w:r>
        <w:rPr>
          <w:rFonts w:ascii="Cambria" w:hAnsi="Cambria"/>
          <w:b/>
          <w:color w:val="123968"/>
          <w:sz w:val="20"/>
        </w:rPr>
        <w:t>, 50 ученици от Българско училище "Св. св. Кирил и Методий" Виена, Австрия „Камбанен звън огласява мира“.</w:t>
      </w:r>
      <w:r>
        <w:rPr>
          <w:rFonts w:ascii="Cambria" w:hAnsi="Cambria"/>
          <w:color w:val="222222"/>
          <w:sz w:val="20"/>
        </w:rPr>
        <w:t xml:space="preserve"> Ще направим уроци в училищен час, разговори или дискусия за мир;кратки ученически послания за мир , плакати.</w:t>
      </w:r>
    </w:p>
    <w:p>
      <w:pPr>
        <w:keepNext w:val="0"/>
        <w:widowControl/>
        <w:spacing w:before="0" w:after="110" w:line="247" w:lineRule="auto"/>
        <w:jc w:val="both"/>
      </w:pPr>
      <w:r>
        <w:rPr>
          <w:rFonts w:ascii="Cambria" w:hAnsi="Cambria" w:eastAsia="Cambria" w:cs="Cambria"/>
          <w:b/>
          <w:sz w:val="20"/>
          <w:color w:val="123968"/>
        </w:rPr>
        <w:t xml:space="preserve">19.09.2026 12:00, 30 деца от Българско съботно училище „АБВ“-Единбург, Шотландия ще заявят „Мирът е моят избор“. </w:t>
      </w:r>
      <w:r>
        <w:rPr>
          <w:rFonts w:ascii="Cambria" w:hAnsi="Cambria" w:eastAsia="Cambria" w:cs="Cambria"/>
          <w:b w:val="0"/>
          <w:sz w:val="20"/>
          <w:color w:val="222222"/>
        </w:rPr>
        <w:t>Участниците ще напишат своето послание за мир. Децата от подготвителна група и начален етап ще участват също и с рисунка на тема „Мир на планета Земя“.</w:t>
      </w:r>
    </w:p>
    <w:sectPr w:rsidR="00501C71" w:rsidRPr="002C4F81" w:rsidSect="00034616">
      <w:headerReference w:type="default" r:id="rId11"/>
      <w:footerReference w:type="default" r:id="rId12"/>
      <w:pgSz w:w="11906" w:h="16838"/>
      <w:pgMar w:top="1843" w:right="1123" w:bottom="1339" w:left="1123" w:header="425"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EFE8B" w14:textId="77777777" w:rsidR="00AB59BA" w:rsidRDefault="00AB59BA">
      <w:pPr>
        <w:spacing w:after="0" w:line="240" w:lineRule="auto"/>
      </w:pPr>
      <w:r>
        <w:separator/>
      </w:r>
    </w:p>
  </w:endnote>
  <w:endnote w:type="continuationSeparator" w:id="0">
    <w:p w14:paraId="21E29E68" w14:textId="77777777" w:rsidR="00AB59BA" w:rsidRDefault="00AB5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BEB4" w14:textId="77777777" w:rsidR="006A06F3" w:rsidRDefault="006A06F3">
    <w:pPr>
      <w:pStyle w:val="a7"/>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280"/>
      <w:gridCol w:w="510"/>
      <w:gridCol w:w="4280"/>
    </w:tblGrid>
    <w:tr w:rsidR="006A06F3" w14:paraId="09EBF8AB" w14:textId="77777777">
      <w:trPr>
        <w:jc w:val="center"/>
      </w:trPr>
      <w:tc>
        <w:tcPr>
          <w:tcW w:w="4280" w:type="dxa"/>
          <w:tcBorders>
            <w:top w:val="single" w:sz="6" w:space="0" w:color="D0A13A"/>
          </w:tcBorders>
          <w:vAlign w:val="center"/>
        </w:tcPr>
        <w:p w14:paraId="2124E1B3" w14:textId="77777777" w:rsidR="006A06F3" w:rsidRDefault="006A06F3">
          <w:pPr>
            <w:spacing w:after="0"/>
            <w:jc w:val="center"/>
          </w:pPr>
        </w:p>
      </w:tc>
      <w:tc>
        <w:tcPr>
          <w:tcW w:w="510" w:type="dxa"/>
          <w:vAlign w:val="center"/>
        </w:tcPr>
        <w:p w14:paraId="1EF34F7E" w14:textId="77777777" w:rsidR="006A06F3" w:rsidRDefault="00000000">
          <w:pPr>
            <w:spacing w:after="0"/>
            <w:jc w:val="center"/>
          </w:pPr>
          <w:r>
            <w:rPr>
              <w:color w:val="C69B35"/>
              <w:sz w:val="20"/>
            </w:rPr>
            <w:t>•</w:t>
          </w:r>
        </w:p>
      </w:tc>
      <w:tc>
        <w:tcPr>
          <w:tcW w:w="4280" w:type="dxa"/>
          <w:tcBorders>
            <w:top w:val="single" w:sz="6" w:space="0" w:color="D0A13A"/>
          </w:tcBorders>
          <w:vAlign w:val="center"/>
        </w:tcPr>
        <w:p w14:paraId="773D68D7" w14:textId="77777777" w:rsidR="006A06F3" w:rsidRDefault="006A06F3">
          <w:pPr>
            <w:spacing w:after="0"/>
            <w:jc w:val="center"/>
          </w:pPr>
        </w:p>
      </w:tc>
    </w:tr>
  </w:tbl>
  <w:p w14:paraId="17C02B84" w14:textId="77777777" w:rsidR="008037B5" w:rsidRDefault="00000000">
    <w:pPr>
      <w:spacing w:before="80" w:after="0"/>
      <w:jc w:val="center"/>
      <w:rPr>
        <w:rFonts w:ascii="Cambria" w:eastAsia="Cambria" w:hAnsi="Cambria"/>
        <w:color w:val="123968"/>
        <w:sz w:val="17"/>
        <w:lang w:val="en-GB"/>
      </w:rPr>
    </w:pPr>
    <w:proofErr w:type="spellStart"/>
    <w:r>
      <w:rPr>
        <w:rFonts w:ascii="Cambria" w:eastAsia="Cambria" w:hAnsi="Cambria"/>
        <w:color w:val="123968"/>
        <w:sz w:val="17"/>
      </w:rPr>
      <w:t>Фондация</w:t>
    </w:r>
    <w:proofErr w:type="spellEnd"/>
    <w:r>
      <w:rPr>
        <w:rFonts w:ascii="Cambria" w:eastAsia="Cambria" w:hAnsi="Cambria"/>
        <w:color w:val="123968"/>
        <w:sz w:val="17"/>
      </w:rPr>
      <w:t xml:space="preserve"> „</w:t>
    </w:r>
    <w:proofErr w:type="spellStart"/>
    <w:r>
      <w:rPr>
        <w:rFonts w:ascii="Cambria" w:eastAsia="Cambria" w:hAnsi="Cambria"/>
        <w:color w:val="123968"/>
        <w:sz w:val="17"/>
      </w:rPr>
      <w:t>Камбани</w:t>
    </w:r>
    <w:proofErr w:type="spellEnd"/>
    <w:r>
      <w:rPr>
        <w:rFonts w:ascii="Cambria" w:eastAsia="Cambria" w:hAnsi="Cambria"/>
        <w:color w:val="123968"/>
        <w:sz w:val="17"/>
      </w:rPr>
      <w:t xml:space="preserve"> </w:t>
    </w:r>
    <w:proofErr w:type="spellStart"/>
    <w:r>
      <w:rPr>
        <w:rFonts w:ascii="Cambria" w:eastAsia="Cambria" w:hAnsi="Cambria"/>
        <w:color w:val="123968"/>
        <w:sz w:val="17"/>
      </w:rPr>
      <w:t>за</w:t>
    </w:r>
    <w:proofErr w:type="spellEnd"/>
    <w:r>
      <w:rPr>
        <w:rFonts w:ascii="Cambria" w:eastAsia="Cambria" w:hAnsi="Cambria"/>
        <w:color w:val="123968"/>
        <w:sz w:val="17"/>
      </w:rPr>
      <w:t xml:space="preserve"> </w:t>
    </w:r>
    <w:proofErr w:type="spellStart"/>
    <w:r>
      <w:rPr>
        <w:rFonts w:ascii="Cambria" w:eastAsia="Cambria" w:hAnsi="Cambria"/>
        <w:color w:val="123968"/>
        <w:sz w:val="17"/>
      </w:rPr>
      <w:t>мир</w:t>
    </w:r>
    <w:proofErr w:type="spellEnd"/>
    <w:r>
      <w:rPr>
        <w:rFonts w:ascii="Cambria" w:eastAsia="Cambria" w:hAnsi="Cambria"/>
        <w:color w:val="123968"/>
        <w:sz w:val="17"/>
      </w:rPr>
      <w:t xml:space="preserve">“ в </w:t>
    </w:r>
    <w:proofErr w:type="spellStart"/>
    <w:r>
      <w:rPr>
        <w:rFonts w:ascii="Cambria" w:eastAsia="Cambria" w:hAnsi="Cambria"/>
        <w:color w:val="123968"/>
        <w:sz w:val="17"/>
      </w:rPr>
      <w:t>обществена</w:t>
    </w:r>
    <w:proofErr w:type="spellEnd"/>
    <w:r>
      <w:rPr>
        <w:rFonts w:ascii="Cambria" w:eastAsia="Cambria" w:hAnsi="Cambria"/>
        <w:color w:val="123968"/>
        <w:sz w:val="17"/>
      </w:rPr>
      <w:t xml:space="preserve"> </w:t>
    </w:r>
    <w:proofErr w:type="spellStart"/>
    <w:r>
      <w:rPr>
        <w:rFonts w:ascii="Cambria" w:eastAsia="Cambria" w:hAnsi="Cambria"/>
        <w:color w:val="123968"/>
        <w:sz w:val="17"/>
      </w:rPr>
      <w:t>полза</w:t>
    </w:r>
    <w:proofErr w:type="spellEnd"/>
    <w:r w:rsidR="00C662AD">
      <w:rPr>
        <w:rFonts w:ascii="Cambria" w:eastAsia="Cambria" w:hAnsi="Cambria"/>
        <w:color w:val="123968"/>
        <w:sz w:val="17"/>
        <w:lang w:val="bg-BG"/>
      </w:rPr>
      <w:t xml:space="preserve"> </w:t>
    </w:r>
  </w:p>
  <w:p w14:paraId="3240CCED" w14:textId="0B54A120" w:rsidR="006A06F3" w:rsidRPr="008037B5" w:rsidRDefault="008037B5" w:rsidP="008037B5">
    <w:pPr>
      <w:spacing w:before="80" w:after="0"/>
      <w:jc w:val="center"/>
      <w:rPr>
        <w:lang w:val="en-GB"/>
      </w:rPr>
    </w:pPr>
    <w:hyperlink r:id="rId1" w:history="1">
      <w:r w:rsidRPr="00F66B1F">
        <w:rPr>
          <w:rStyle w:val="affb"/>
          <w:rFonts w:ascii="Cambria" w:eastAsia="Cambria" w:hAnsi="Cambria"/>
          <w:sz w:val="17"/>
          <w:lang w:val="en-GB"/>
        </w:rPr>
        <w:t>www.peacehub.bg</w:t>
      </w:r>
    </w:hyperlink>
    <w:r w:rsidR="00C662AD">
      <w:rPr>
        <w:rFonts w:ascii="Cambria" w:eastAsia="Cambria" w:hAnsi="Cambria"/>
        <w:color w:val="123968"/>
        <w:sz w:val="17"/>
        <w:lang w:val="en-GB"/>
      </w:rPr>
      <w:t xml:space="preserve"> </w:t>
    </w:r>
    <w:r>
      <w:rPr>
        <w:rFonts w:ascii="Cambria" w:eastAsia="Cambria" w:hAnsi="Cambria"/>
        <w:color w:val="123968"/>
        <w:sz w:val="17"/>
      </w:rPr>
      <w:t xml:space="preserve"> | </w:t>
    </w:r>
    <w:hyperlink r:id="rId2" w:history="1">
      <w:r w:rsidR="00C662AD" w:rsidRPr="00C03C30">
        <w:rPr>
          <w:rStyle w:val="affb"/>
          <w:rFonts w:ascii="Cambria" w:eastAsia="Cambria" w:hAnsi="Cambria"/>
          <w:sz w:val="17"/>
        </w:rPr>
        <w:t>info@peacehub.bg</w:t>
      </w:r>
    </w:hyperlink>
    <w:r w:rsidR="00C662AD">
      <w:rPr>
        <w:rFonts w:ascii="Cambria" w:eastAsia="Cambria" w:hAnsi="Cambria"/>
        <w:color w:val="123968"/>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8A551" w14:textId="77777777" w:rsidR="00AB59BA" w:rsidRDefault="00AB59BA">
      <w:pPr>
        <w:spacing w:after="0" w:line="240" w:lineRule="auto"/>
      </w:pPr>
      <w:r>
        <w:separator/>
      </w:r>
    </w:p>
  </w:footnote>
  <w:footnote w:type="continuationSeparator" w:id="0">
    <w:p w14:paraId="2AE64C18" w14:textId="77777777" w:rsidR="00AB59BA" w:rsidRDefault="00AB5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809A" w14:textId="77777777" w:rsidR="006A06F3" w:rsidRDefault="006A06F3">
    <w:pPr>
      <w:pStyle w:val="a5"/>
    </w:pPr>
  </w:p>
  <w:tbl>
    <w:tblPr>
      <w:tblW w:w="9298" w:type="dxa"/>
      <w:jc w:val="center"/>
      <w:tblBorders>
        <w:top w:val="nil"/>
        <w:left w:val="nil"/>
        <w:bottom w:val="nil"/>
        <w:right w:val="nil"/>
        <w:insideH w:val="nil"/>
        <w:insideV w:val="nil"/>
      </w:tblBorders>
      <w:tblLayout w:type="fixed"/>
      <w:tblLook w:val="04A0" w:firstRow="1" w:lastRow="0" w:firstColumn="1" w:lastColumn="0" w:noHBand="0" w:noVBand="1"/>
    </w:tblPr>
    <w:tblGrid>
      <w:gridCol w:w="1559"/>
      <w:gridCol w:w="6180"/>
      <w:gridCol w:w="1559"/>
    </w:tblGrid>
    <w:tr w:rsidR="006A06F3" w14:paraId="249A7514" w14:textId="77777777">
      <w:trPr>
        <w:jc w:val="center"/>
      </w:trPr>
      <w:tc>
        <w:tcPr>
          <w:tcW w:w="1559" w:type="dxa"/>
          <w:vAlign w:val="center"/>
        </w:tcPr>
        <w:p w14:paraId="64E551C2" w14:textId="77777777" w:rsidR="006A06F3" w:rsidRDefault="00000000">
          <w:pPr>
            <w:spacing w:after="0"/>
            <w:jc w:val="center"/>
          </w:pPr>
          <w:r>
            <w:rPr>
              <w:noProof/>
            </w:rPr>
            <w:drawing>
              <wp:inline distT="0" distB="0" distL="0" distR="0" wp14:anchorId="4FA67134" wp14:editId="3F51B2DB">
                <wp:extent cx="882000" cy="10489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ФОНДАЦИЯ.png"/>
                        <pic:cNvPicPr/>
                      </pic:nvPicPr>
                      <pic:blipFill>
                        <a:blip r:embed="rId1"/>
                        <a:stretch>
                          <a:fillRect/>
                        </a:stretch>
                      </pic:blipFill>
                      <pic:spPr>
                        <a:xfrm>
                          <a:off x="0" y="0"/>
                          <a:ext cx="882000" cy="1048976"/>
                        </a:xfrm>
                        <a:prstGeom prst="rect">
                          <a:avLst/>
                        </a:prstGeom>
                      </pic:spPr>
                    </pic:pic>
                  </a:graphicData>
                </a:graphic>
              </wp:inline>
            </w:drawing>
          </w:r>
        </w:p>
      </w:tc>
      <w:tc>
        <w:tcPr>
          <w:tcW w:w="6180" w:type="dxa"/>
          <w:vAlign w:val="center"/>
        </w:tcPr>
        <w:p w14:paraId="4C7E7A0F" w14:textId="77777777" w:rsidR="006A06F3" w:rsidRDefault="00000000">
          <w:pPr>
            <w:spacing w:after="20"/>
            <w:jc w:val="center"/>
          </w:pPr>
          <w:r>
            <w:rPr>
              <w:rFonts w:ascii="Cambria" w:eastAsia="Cambria" w:hAnsi="Cambria"/>
              <w:color w:val="123968"/>
              <w:sz w:val="33"/>
            </w:rPr>
            <w:t>КАМБАНИ ЗА МИР</w:t>
          </w:r>
        </w:p>
        <w:p w14:paraId="2B1D7195" w14:textId="77777777" w:rsidR="006A06F3" w:rsidRDefault="00000000">
          <w:pPr>
            <w:spacing w:after="0"/>
            <w:jc w:val="center"/>
          </w:pPr>
          <w:proofErr w:type="spellStart"/>
          <w:r>
            <w:rPr>
              <w:rFonts w:ascii="Cambria" w:eastAsia="Cambria" w:hAnsi="Cambria"/>
              <w:color w:val="123968"/>
              <w:sz w:val="17"/>
            </w:rPr>
            <w:t>Национална</w:t>
          </w:r>
          <w:proofErr w:type="spellEnd"/>
          <w:r>
            <w:rPr>
              <w:rFonts w:ascii="Cambria" w:eastAsia="Cambria" w:hAnsi="Cambria"/>
              <w:color w:val="123968"/>
              <w:sz w:val="17"/>
            </w:rPr>
            <w:t xml:space="preserve"> </w:t>
          </w:r>
          <w:proofErr w:type="spellStart"/>
          <w:r>
            <w:rPr>
              <w:rFonts w:ascii="Cambria" w:eastAsia="Cambria" w:hAnsi="Cambria"/>
              <w:color w:val="123968"/>
              <w:sz w:val="17"/>
            </w:rPr>
            <w:t>инициатива</w:t>
          </w:r>
          <w:proofErr w:type="spellEnd"/>
          <w:r>
            <w:rPr>
              <w:rFonts w:ascii="Cambria" w:eastAsia="Cambria" w:hAnsi="Cambria"/>
              <w:color w:val="123968"/>
              <w:sz w:val="17"/>
            </w:rPr>
            <w:t xml:space="preserve"> </w:t>
          </w:r>
          <w:proofErr w:type="spellStart"/>
          <w:r>
            <w:rPr>
              <w:rFonts w:ascii="Cambria" w:eastAsia="Cambria" w:hAnsi="Cambria"/>
              <w:color w:val="123968"/>
              <w:sz w:val="17"/>
            </w:rPr>
            <w:t>за</w:t>
          </w:r>
          <w:proofErr w:type="spellEnd"/>
          <w:r>
            <w:rPr>
              <w:rFonts w:ascii="Cambria" w:eastAsia="Cambria" w:hAnsi="Cambria"/>
              <w:color w:val="123968"/>
              <w:sz w:val="17"/>
            </w:rPr>
            <w:t xml:space="preserve"> </w:t>
          </w:r>
          <w:proofErr w:type="spellStart"/>
          <w:r>
            <w:rPr>
              <w:rFonts w:ascii="Cambria" w:eastAsia="Cambria" w:hAnsi="Cambria"/>
              <w:color w:val="123968"/>
              <w:sz w:val="17"/>
            </w:rPr>
            <w:t>детско</w:t>
          </w:r>
          <w:proofErr w:type="spellEnd"/>
          <w:r>
            <w:rPr>
              <w:rFonts w:ascii="Cambria" w:eastAsia="Cambria" w:hAnsi="Cambria"/>
              <w:color w:val="123968"/>
              <w:sz w:val="17"/>
            </w:rPr>
            <w:t xml:space="preserve"> </w:t>
          </w:r>
          <w:proofErr w:type="spellStart"/>
          <w:r>
            <w:rPr>
              <w:rFonts w:ascii="Cambria" w:eastAsia="Cambria" w:hAnsi="Cambria"/>
              <w:color w:val="123968"/>
              <w:sz w:val="17"/>
            </w:rPr>
            <w:t>творчество</w:t>
          </w:r>
          <w:proofErr w:type="spellEnd"/>
          <w:r>
            <w:rPr>
              <w:rFonts w:ascii="Cambria" w:eastAsia="Cambria" w:hAnsi="Cambria"/>
              <w:color w:val="123968"/>
              <w:sz w:val="17"/>
            </w:rPr>
            <w:t xml:space="preserve"> и </w:t>
          </w:r>
          <w:proofErr w:type="spellStart"/>
          <w:r>
            <w:rPr>
              <w:rFonts w:ascii="Cambria" w:eastAsia="Cambria" w:hAnsi="Cambria"/>
              <w:color w:val="123968"/>
              <w:sz w:val="17"/>
            </w:rPr>
            <w:t>мир</w:t>
          </w:r>
          <w:proofErr w:type="spellEnd"/>
        </w:p>
        <w:p w14:paraId="239B3CB1" w14:textId="77777777" w:rsidR="006A06F3" w:rsidRDefault="00000000">
          <w:pPr>
            <w:spacing w:after="0"/>
            <w:jc w:val="center"/>
          </w:pPr>
          <w:r>
            <w:rPr>
              <w:rFonts w:ascii="Cambria" w:eastAsia="Cambria" w:hAnsi="Cambria"/>
              <w:color w:val="123968"/>
              <w:sz w:val="17"/>
            </w:rPr>
            <w:t>„</w:t>
          </w:r>
          <w:proofErr w:type="spellStart"/>
          <w:r>
            <w:rPr>
              <w:rFonts w:ascii="Cambria" w:eastAsia="Cambria" w:hAnsi="Cambria"/>
              <w:color w:val="123968"/>
              <w:sz w:val="17"/>
            </w:rPr>
            <w:t>Камбанен</w:t>
          </w:r>
          <w:proofErr w:type="spellEnd"/>
          <w:r>
            <w:rPr>
              <w:rFonts w:ascii="Cambria" w:eastAsia="Cambria" w:hAnsi="Cambria"/>
              <w:color w:val="123968"/>
              <w:sz w:val="17"/>
            </w:rPr>
            <w:t xml:space="preserve"> звън </w:t>
          </w:r>
          <w:proofErr w:type="spellStart"/>
          <w:r>
            <w:rPr>
              <w:rFonts w:ascii="Cambria" w:eastAsia="Cambria" w:hAnsi="Cambria"/>
              <w:color w:val="123968"/>
              <w:sz w:val="17"/>
            </w:rPr>
            <w:t>огласява</w:t>
          </w:r>
          <w:proofErr w:type="spellEnd"/>
          <w:r>
            <w:rPr>
              <w:rFonts w:ascii="Cambria" w:eastAsia="Cambria" w:hAnsi="Cambria"/>
              <w:color w:val="123968"/>
              <w:sz w:val="17"/>
            </w:rPr>
            <w:t xml:space="preserve"> </w:t>
          </w:r>
          <w:proofErr w:type="spellStart"/>
          <w:r>
            <w:rPr>
              <w:rFonts w:ascii="Cambria" w:eastAsia="Cambria" w:hAnsi="Cambria"/>
              <w:color w:val="123968"/>
              <w:sz w:val="17"/>
            </w:rPr>
            <w:t>мира</w:t>
          </w:r>
          <w:proofErr w:type="spellEnd"/>
          <w:r>
            <w:rPr>
              <w:rFonts w:ascii="Cambria" w:eastAsia="Cambria" w:hAnsi="Cambria"/>
              <w:color w:val="123968"/>
              <w:sz w:val="17"/>
            </w:rPr>
            <w:t>“</w:t>
          </w:r>
        </w:p>
      </w:tc>
      <w:tc>
        <w:tcPr>
          <w:tcW w:w="1559" w:type="dxa"/>
          <w:vAlign w:val="center"/>
        </w:tcPr>
        <w:p w14:paraId="15742ACB" w14:textId="77777777" w:rsidR="006A06F3" w:rsidRDefault="00000000">
          <w:pPr>
            <w:spacing w:after="0"/>
            <w:jc w:val="center"/>
          </w:pPr>
          <w:r>
            <w:rPr>
              <w:noProof/>
            </w:rPr>
            <w:drawing>
              <wp:inline distT="0" distB="0" distL="0" distR="0" wp14:anchorId="3C4742AB" wp14:editId="14D55C10">
                <wp:extent cx="882000" cy="88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Инициатива ИИ.jpg"/>
                        <pic:cNvPicPr/>
                      </pic:nvPicPr>
                      <pic:blipFill>
                        <a:blip r:embed="rId2"/>
                        <a:stretch>
                          <a:fillRect/>
                        </a:stretch>
                      </pic:blipFill>
                      <pic:spPr>
                        <a:xfrm>
                          <a:off x="0" y="0"/>
                          <a:ext cx="882000" cy="882000"/>
                        </a:xfrm>
                        <a:prstGeom prst="rect">
                          <a:avLst/>
                        </a:prstGeom>
                      </pic:spPr>
                    </pic:pic>
                  </a:graphicData>
                </a:graphic>
              </wp:inline>
            </w:drawing>
          </w:r>
        </w:p>
      </w:tc>
    </w:tr>
  </w:tbl>
  <w:p w14:paraId="548A571B" w14:textId="77777777" w:rsidR="006A06F3" w:rsidRDefault="006A06F3">
    <w:pPr>
      <w:spacing w:after="40"/>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280"/>
      <w:gridCol w:w="510"/>
      <w:gridCol w:w="4280"/>
    </w:tblGrid>
    <w:tr w:rsidR="006A06F3" w14:paraId="1F4714FC" w14:textId="77777777" w:rsidTr="00355B79">
      <w:trPr>
        <w:trHeight w:val="59"/>
        <w:jc w:val="center"/>
      </w:trPr>
      <w:tc>
        <w:tcPr>
          <w:tcW w:w="4280" w:type="dxa"/>
          <w:tcBorders>
            <w:top w:val="single" w:sz="6" w:space="0" w:color="D0A13A"/>
          </w:tcBorders>
          <w:vAlign w:val="center"/>
        </w:tcPr>
        <w:p w14:paraId="5A3C94A7" w14:textId="77777777" w:rsidR="006A06F3" w:rsidRDefault="006A06F3">
          <w:pPr>
            <w:spacing w:after="0"/>
            <w:jc w:val="center"/>
          </w:pPr>
        </w:p>
      </w:tc>
      <w:tc>
        <w:tcPr>
          <w:tcW w:w="510" w:type="dxa"/>
          <w:vAlign w:val="center"/>
        </w:tcPr>
        <w:p w14:paraId="611FAF72" w14:textId="77777777" w:rsidR="006A06F3" w:rsidRDefault="00000000">
          <w:pPr>
            <w:spacing w:after="0"/>
            <w:jc w:val="center"/>
          </w:pPr>
          <w:r>
            <w:rPr>
              <w:color w:val="C69B35"/>
              <w:sz w:val="20"/>
            </w:rPr>
            <w:t>•</w:t>
          </w:r>
        </w:p>
      </w:tc>
      <w:tc>
        <w:tcPr>
          <w:tcW w:w="4280" w:type="dxa"/>
          <w:tcBorders>
            <w:top w:val="single" w:sz="6" w:space="0" w:color="D0A13A"/>
          </w:tcBorders>
          <w:vAlign w:val="center"/>
        </w:tcPr>
        <w:p w14:paraId="179A8E05" w14:textId="77777777" w:rsidR="006A06F3" w:rsidRDefault="006A06F3">
          <w:pPr>
            <w:spacing w:after="0"/>
            <w:jc w:val="center"/>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DC2697C"/>
    <w:multiLevelType w:val="multilevel"/>
    <w:tmpl w:val="0B421C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6C81FCA"/>
    <w:multiLevelType w:val="multilevel"/>
    <w:tmpl w:val="7F0EC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186B0F"/>
    <w:multiLevelType w:val="multilevel"/>
    <w:tmpl w:val="E75A1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E4C30"/>
    <w:multiLevelType w:val="multilevel"/>
    <w:tmpl w:val="3F620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0700319">
    <w:abstractNumId w:val="8"/>
  </w:num>
  <w:num w:numId="2" w16cid:durableId="1187719401">
    <w:abstractNumId w:val="6"/>
  </w:num>
  <w:num w:numId="3" w16cid:durableId="2098941004">
    <w:abstractNumId w:val="5"/>
  </w:num>
  <w:num w:numId="4" w16cid:durableId="1487622070">
    <w:abstractNumId w:val="4"/>
  </w:num>
  <w:num w:numId="5" w16cid:durableId="184905448">
    <w:abstractNumId w:val="7"/>
  </w:num>
  <w:num w:numId="6" w16cid:durableId="1764063873">
    <w:abstractNumId w:val="3"/>
  </w:num>
  <w:num w:numId="7" w16cid:durableId="1687713385">
    <w:abstractNumId w:val="2"/>
  </w:num>
  <w:num w:numId="8" w16cid:durableId="2049186490">
    <w:abstractNumId w:val="1"/>
  </w:num>
  <w:num w:numId="9" w16cid:durableId="736710533">
    <w:abstractNumId w:val="0"/>
  </w:num>
  <w:num w:numId="10" w16cid:durableId="105344903">
    <w:abstractNumId w:val="12"/>
  </w:num>
  <w:num w:numId="11" w16cid:durableId="11299739">
    <w:abstractNumId w:val="10"/>
  </w:num>
  <w:num w:numId="12" w16cid:durableId="1090854859">
    <w:abstractNumId w:val="11"/>
  </w:num>
  <w:num w:numId="13" w16cid:durableId="15936644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3A2"/>
    <w:rsid w:val="00005876"/>
    <w:rsid w:val="00034616"/>
    <w:rsid w:val="00042A49"/>
    <w:rsid w:val="0006063C"/>
    <w:rsid w:val="00072524"/>
    <w:rsid w:val="0013441C"/>
    <w:rsid w:val="0015074B"/>
    <w:rsid w:val="00171AD0"/>
    <w:rsid w:val="00176E68"/>
    <w:rsid w:val="00193D20"/>
    <w:rsid w:val="001B56D5"/>
    <w:rsid w:val="00255A80"/>
    <w:rsid w:val="002609FB"/>
    <w:rsid w:val="00266FBD"/>
    <w:rsid w:val="0029639D"/>
    <w:rsid w:val="002B0ECB"/>
    <w:rsid w:val="002C4F81"/>
    <w:rsid w:val="002E6B00"/>
    <w:rsid w:val="00317E43"/>
    <w:rsid w:val="00326F90"/>
    <w:rsid w:val="00355B79"/>
    <w:rsid w:val="00363542"/>
    <w:rsid w:val="00367FDF"/>
    <w:rsid w:val="00392874"/>
    <w:rsid w:val="003D1205"/>
    <w:rsid w:val="00401C0A"/>
    <w:rsid w:val="004111AB"/>
    <w:rsid w:val="00432F04"/>
    <w:rsid w:val="00456001"/>
    <w:rsid w:val="00484780"/>
    <w:rsid w:val="00501C71"/>
    <w:rsid w:val="00525890"/>
    <w:rsid w:val="005279A7"/>
    <w:rsid w:val="00547872"/>
    <w:rsid w:val="005A5148"/>
    <w:rsid w:val="005B1C95"/>
    <w:rsid w:val="0067313F"/>
    <w:rsid w:val="00697024"/>
    <w:rsid w:val="006A06F3"/>
    <w:rsid w:val="00717913"/>
    <w:rsid w:val="00732016"/>
    <w:rsid w:val="00751721"/>
    <w:rsid w:val="00770821"/>
    <w:rsid w:val="0078149C"/>
    <w:rsid w:val="00794B3C"/>
    <w:rsid w:val="008037B5"/>
    <w:rsid w:val="00810412"/>
    <w:rsid w:val="00843137"/>
    <w:rsid w:val="008777A9"/>
    <w:rsid w:val="00892252"/>
    <w:rsid w:val="00894C0C"/>
    <w:rsid w:val="008B13DE"/>
    <w:rsid w:val="0097638B"/>
    <w:rsid w:val="009A2690"/>
    <w:rsid w:val="009B5857"/>
    <w:rsid w:val="009D3555"/>
    <w:rsid w:val="009E2B55"/>
    <w:rsid w:val="009E7BF3"/>
    <w:rsid w:val="009F2D1E"/>
    <w:rsid w:val="009F3672"/>
    <w:rsid w:val="009F3BAA"/>
    <w:rsid w:val="009F6BB5"/>
    <w:rsid w:val="00A11B57"/>
    <w:rsid w:val="00A35F8B"/>
    <w:rsid w:val="00AA11CB"/>
    <w:rsid w:val="00AA1D8D"/>
    <w:rsid w:val="00AB59BA"/>
    <w:rsid w:val="00B47730"/>
    <w:rsid w:val="00BB7043"/>
    <w:rsid w:val="00C01624"/>
    <w:rsid w:val="00C2651C"/>
    <w:rsid w:val="00C662AD"/>
    <w:rsid w:val="00C93416"/>
    <w:rsid w:val="00CA0734"/>
    <w:rsid w:val="00CB0664"/>
    <w:rsid w:val="00CD3D28"/>
    <w:rsid w:val="00CF5213"/>
    <w:rsid w:val="00D05741"/>
    <w:rsid w:val="00D14523"/>
    <w:rsid w:val="00D15F57"/>
    <w:rsid w:val="00D715B2"/>
    <w:rsid w:val="00D72880"/>
    <w:rsid w:val="00DA0AEB"/>
    <w:rsid w:val="00DA3011"/>
    <w:rsid w:val="00DC71AE"/>
    <w:rsid w:val="00E23CF9"/>
    <w:rsid w:val="00E44DD6"/>
    <w:rsid w:val="00EC5FD2"/>
    <w:rsid w:val="00EC606E"/>
    <w:rsid w:val="00F76AB0"/>
    <w:rsid w:val="00F93240"/>
    <w:rsid w:val="00FC693F"/>
    <w:rsid w:val="00FE02CD"/>
    <w:rsid w:val="00FE322E"/>
    <w:rsid w:val="00FE7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D543E7"/>
  <w14:defaultImageDpi w14:val="300"/>
  <w15:docId w15:val="{C93C00FA-18CD-4675-B1EA-45CE4FC0F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Cambria" w:eastAsia="Cambria" w:hAnsi="Cambria"/>
      <w:color w:val="222222"/>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Normal (Web)"/>
    <w:basedOn w:val="a1"/>
    <w:uiPriority w:val="99"/>
    <w:semiHidden/>
    <w:unhideWhenUsed/>
    <w:rsid w:val="00894C0C"/>
    <w:pPr>
      <w:spacing w:before="100" w:beforeAutospacing="1" w:after="100" w:afterAutospacing="1" w:line="240" w:lineRule="auto"/>
    </w:pPr>
    <w:rPr>
      <w:rFonts w:cs="Times New Roman"/>
      <w:szCs w:val="24"/>
      <w:lang w:val="bg-BG" w:eastAsia="bg-BG"/>
    </w:rPr>
  </w:style>
  <w:style w:type="character" w:styleId="affb">
    <w:name w:val="Hyperlink"/>
    <w:basedOn w:val="a2"/>
    <w:uiPriority w:val="99"/>
    <w:unhideWhenUsed/>
    <w:rsid w:val="00C662AD"/>
    <w:rPr>
      <w:color w:val="0000FF" w:themeColor="hyperlink"/>
      <w:u w:val="single"/>
    </w:rPr>
  </w:style>
  <w:style w:type="character" w:styleId="affc">
    <w:name w:val="Unresolved Mention"/>
    <w:basedOn w:val="a2"/>
    <w:uiPriority w:val="99"/>
    <w:semiHidden/>
    <w:unhideWhenUsed/>
    <w:rsid w:val="00C662AD"/>
    <w:rPr>
      <w:color w:val="605E5C"/>
      <w:shd w:val="clear" w:color="auto" w:fill="E1DFDD"/>
    </w:rPr>
  </w:style>
  <w:style w:type="paragraph" w:customStyle="1" w:styleId="Default">
    <w:name w:val="Default"/>
    <w:rsid w:val="00456001"/>
    <w:pPr>
      <w:autoSpaceDE w:val="0"/>
      <w:autoSpaceDN w:val="0"/>
      <w:adjustRightInd w:val="0"/>
      <w:spacing w:after="0" w:line="240" w:lineRule="auto"/>
    </w:pPr>
    <w:rPr>
      <w:rFonts w:ascii="Times New Roman" w:hAnsi="Times New Roman" w:cs="Times New Roman"/>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isarska@peacehub.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acebook.com/profile.php?id=61590618098858" TargetMode="External"/><Relationship Id="rId4" Type="http://schemas.openxmlformats.org/officeDocument/2006/relationships/settings" Target="settings.xml"/><Relationship Id="rId9" Type="http://schemas.openxmlformats.org/officeDocument/2006/relationships/hyperlink" Target="http://www.peacehub.b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peacehub.bg" TargetMode="External"/><Relationship Id="rId1" Type="http://schemas.openxmlformats.org/officeDocument/2006/relationships/hyperlink" Target="http://www.peacehub.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317</Words>
  <Characters>1812</Characters>
  <Application>Microsoft Office Word</Application>
  <DocSecurity>0</DocSecurity>
  <Lines>15</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Бланка Камбани за мир - институционален вариант</vt:lpstr>
      <vt:lpstr/>
    </vt:vector>
  </TitlesOfParts>
  <Manager/>
  <Company/>
  <LinksUpToDate>false</LinksUpToDate>
  <CharactersWithSpaces>2125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Бланка Камбани за мир - институционален вариант</dc:title>
  <dc:subject/>
  <dc:creator>OpenAI</dc:creator>
  <cp:keywords/>
  <dc:description>generated by python-docx</dc:description>
  <cp:lastModifiedBy>TARA</cp:lastModifiedBy>
  <cp:revision>3</cp:revision>
  <cp:lastPrinted>2026-09-02T13:04:00Z</cp:lastPrinted>
  <dcterms:created xsi:type="dcterms:W3CDTF">2026-09-02T13:02:00Z</dcterms:created>
  <dcterms:modified xsi:type="dcterms:W3CDTF">2026-09-02T13:14:00Z</dcterms:modified>
  <cp:category/>
</cp:coreProperties>
</file>