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4722D" w14:textId="77777777" w:rsidR="00F429BF" w:rsidRDefault="00000000">
      <w:pPr>
        <w:jc w:val="center"/>
      </w:pPr>
      <w:r>
        <w:rPr>
          <w:noProof/>
        </w:rPr>
        <w:drawing>
          <wp:inline distT="0" distB="0" distL="0" distR="0" wp14:anchorId="13CE2F13" wp14:editId="67F0A6A5">
            <wp:extent cx="5303520" cy="66270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яла роза с момиче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662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CF6F3" w14:textId="77777777" w:rsidR="00F429BF" w:rsidRPr="009931E5" w:rsidRDefault="00000000">
      <w:pPr>
        <w:jc w:val="center"/>
        <w:rPr>
          <w:color w:val="365F91" w:themeColor="accent1" w:themeShade="BF"/>
        </w:rPr>
      </w:pPr>
      <w:r w:rsidRPr="009931E5">
        <w:rPr>
          <w:b/>
          <w:color w:val="365F91" w:themeColor="accent1" w:themeShade="BF"/>
          <w:sz w:val="44"/>
        </w:rPr>
        <w:t>ВЪЗРАЖДАНЕ</w:t>
      </w:r>
      <w:r w:rsidRPr="009931E5">
        <w:rPr>
          <w:b/>
          <w:color w:val="365F91" w:themeColor="accent1" w:themeShade="BF"/>
          <w:sz w:val="44"/>
        </w:rPr>
        <w:br/>
        <w:t>КАМБАНИТЕ И МИРЪТ</w:t>
      </w:r>
    </w:p>
    <w:p w14:paraId="1A8A908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br w:type="page"/>
      </w:r>
    </w:p>
    <w:p w14:paraId="50D6A8F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ВЪЗРАЖДАНЕ</w:t>
      </w:r>
    </w:p>
    <w:p w14:paraId="561CC81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Документален разказ за раждането на инициативата „Камбани за мир“</w:t>
      </w:r>
    </w:p>
    <w:p w14:paraId="2936368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„Някои пътища не се избират. Те се разпознават.“</w:t>
      </w:r>
    </w:p>
    <w:p w14:paraId="1FD7077A" w14:textId="77777777" w:rsidR="00F429BF" w:rsidRPr="009931E5" w:rsidRDefault="00F429BF">
      <w:pPr>
        <w:rPr>
          <w:color w:val="365F91" w:themeColor="accent1" w:themeShade="BF"/>
        </w:rPr>
      </w:pPr>
    </w:p>
    <w:p w14:paraId="1746A7C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ВЪЗРАЖДАНЕ</w:t>
      </w:r>
    </w:p>
    <w:p w14:paraId="0C9ED8E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Документален разказ за раждането на инициативата „Камбани за мир“</w:t>
      </w:r>
    </w:p>
    <w:p w14:paraId="44F2FEF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„Някои пътища не се избират. Те се разпознават.“</w:t>
      </w:r>
    </w:p>
    <w:p w14:paraId="392B16C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ВЪЗРАЖДАНЕ</w:t>
      </w:r>
    </w:p>
    <w:p w14:paraId="4516999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Документален разказ за раждането на инициативата „Камбани за мир“</w:t>
      </w:r>
    </w:p>
    <w:p w14:paraId="0F0F8EB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Обществена версия</w:t>
      </w:r>
    </w:p>
    <w:p w14:paraId="62E2362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Има места, които сякаш чакат своето време.</w:t>
      </w:r>
    </w:p>
    <w:p w14:paraId="1B43664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Места, в които историята не е приключила.</w:t>
      </w:r>
    </w:p>
    <w:p w14:paraId="03B8A1C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Места, в които нещо продължава да живее.</w:t>
      </w:r>
    </w:p>
    <w:p w14:paraId="5D22B77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Тихо.</w:t>
      </w:r>
    </w:p>
    <w:p w14:paraId="17E5333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Невидимо.</w:t>
      </w:r>
    </w:p>
    <w:p w14:paraId="4EEA766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Търпеливо.</w:t>
      </w:r>
    </w:p>
    <w:p w14:paraId="13CE55A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мен Паметникът „Камбаните“ винаги е бил такова място.</w:t>
      </w:r>
    </w:p>
    <w:p w14:paraId="6DB956B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Странното е, че никога не съм присъствала на Асамблеята „Знаме на мира“.</w:t>
      </w:r>
    </w:p>
    <w:p w14:paraId="7A3F886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пазя спомени от нея.</w:t>
      </w:r>
    </w:p>
    <w:p w14:paraId="7261025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съм била сред децата, които са тичали между камбаните.</w:t>
      </w:r>
    </w:p>
    <w:p w14:paraId="0EA336C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въпреки това през целия си живот носех усещането, че по някакъв начин принадлежа на това място.</w:t>
      </w:r>
    </w:p>
    <w:p w14:paraId="2679E15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обяснение.</w:t>
      </w:r>
    </w:p>
    <w:p w14:paraId="2CC6870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причина.</w:t>
      </w:r>
    </w:p>
    <w:p w14:paraId="573792E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усещане.</w:t>
      </w:r>
    </w:p>
    <w:p w14:paraId="0A0C777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нишка.</w:t>
      </w:r>
    </w:p>
    <w:p w14:paraId="1B4F391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По-късно забелязах едно необикновено съвпадение.</w:t>
      </w:r>
    </w:p>
    <w:p w14:paraId="494DF7A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Родена съм в годината, в която се провежда първата Асамблея „Знаме на мира“.</w:t>
      </w:r>
    </w:p>
    <w:p w14:paraId="4F239D4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годината, която Организацията на обединените нации обявява за Международна година на детето.</w:t>
      </w:r>
    </w:p>
    <w:p w14:paraId="2454DF0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Две събития.</w:t>
      </w:r>
    </w:p>
    <w:p w14:paraId="66FC87D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Една година.</w:t>
      </w:r>
    </w:p>
    <w:p w14:paraId="00F38EA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Едно раждане.</w:t>
      </w:r>
    </w:p>
    <w:p w14:paraId="1AB4972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Дълго време не съм търсила смисъл в това.</w:t>
      </w:r>
    </w:p>
    <w:p w14:paraId="1D18728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съм търсила знаци.</w:t>
      </w:r>
    </w:p>
    <w:p w14:paraId="4DEDF6C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животът понякога свързва точките много по-късно.</w:t>
      </w:r>
    </w:p>
    <w:p w14:paraId="3D20F0B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когато след години започнах да се връщам към Камбаните, постепенно се появи усещането, че тази история е започнала много преди аз самата да я осъзная.</w:t>
      </w:r>
    </w:p>
    <w:p w14:paraId="33BEA7E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Сякаш още тогава е била положена една невидима следа.</w:t>
      </w:r>
    </w:p>
    <w:p w14:paraId="343BBDC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 детето.</w:t>
      </w:r>
    </w:p>
    <w:p w14:paraId="72EB6C7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 Камбаните.</w:t>
      </w:r>
    </w:p>
    <w:p w14:paraId="4CAD7C9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 мира.</w:t>
      </w:r>
    </w:p>
    <w:p w14:paraId="3691282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един импулс, който десетилетия по-късно продължаваше да търси своя път към света.</w:t>
      </w:r>
    </w:p>
    <w:p w14:paraId="79BD8F8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Първият по-ясен знак се появи още в студентските ми години.</w:t>
      </w:r>
    </w:p>
    <w:p w14:paraId="7838B69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Един ден приятелка постави в ръцете ми книга за Людмила Живкова, написана от нейния близък съмишленик и дипломат Морфи Скарлатов.</w:t>
      </w:r>
    </w:p>
    <w:p w14:paraId="32C28D4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Помня не само книгата.</w:t>
      </w:r>
    </w:p>
    <w:p w14:paraId="6CB2104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Помня и думите, с които ми я подаде.</w:t>
      </w:r>
    </w:p>
    <w:p w14:paraId="0627D5A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Тя ме погледна и каза:</w:t>
      </w:r>
    </w:p>
    <w:p w14:paraId="413B46F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„Знам, че тази книга е за теб.“</w:t>
      </w:r>
    </w:p>
    <w:p w14:paraId="1A1D9A5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Каза го спокойно.</w:t>
      </w:r>
    </w:p>
    <w:p w14:paraId="7CB7C39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увереност.</w:t>
      </w:r>
    </w:p>
    <w:p w14:paraId="30D66D1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Сякаш виждаше нещо, което аз самата още не виждах.</w:t>
      </w:r>
    </w:p>
    <w:p w14:paraId="2D23D5E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 xml:space="preserve">И думите останаха. Почнах да разбирам, но друго нямаше. </w:t>
      </w:r>
    </w:p>
    <w:p w14:paraId="52D21B3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Книгата остана.</w:t>
      </w:r>
    </w:p>
    <w:p w14:paraId="616B096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После се изгуби.</w:t>
      </w:r>
    </w:p>
    <w:p w14:paraId="6255DC3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заедно с нея сякаш потъна и тази нишка.</w:t>
      </w:r>
    </w:p>
    <w:p w14:paraId="12EDEB3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Животът продължи.</w:t>
      </w:r>
    </w:p>
    <w:p w14:paraId="4C668B6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Годините минаваха.</w:t>
      </w:r>
    </w:p>
    <w:p w14:paraId="14FDEA9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някъде дълбоко усещането оставаше.</w:t>
      </w:r>
    </w:p>
    <w:p w14:paraId="6C1E9C3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недовършено изречение.</w:t>
      </w:r>
    </w:p>
    <w:p w14:paraId="6D5AFA1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въпрос без отговор.</w:t>
      </w:r>
    </w:p>
    <w:p w14:paraId="5639FD2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През 2010 година се случи нещо, което и до днес помня с необикновена яснота.</w:t>
      </w:r>
    </w:p>
    <w:p w14:paraId="09B2B50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 онова време почти ежедневно преминавах по пътя между Бистрица и Младост.</w:t>
      </w:r>
    </w:p>
    <w:p w14:paraId="27D8069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Познат маршрут.</w:t>
      </w:r>
    </w:p>
    <w:p w14:paraId="2582A7E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Един и същ път.</w:t>
      </w:r>
    </w:p>
    <w:p w14:paraId="20700DD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Ден след ден.</w:t>
      </w:r>
    </w:p>
    <w:p w14:paraId="05D0423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Седмица след седмица.</w:t>
      </w:r>
    </w:p>
    <w:p w14:paraId="2189A9B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точно затова онзи миг остана толкова ярък в паметта ми.</w:t>
      </w:r>
    </w:p>
    <w:p w14:paraId="394010D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един напълно обикновен ден изведнъж обърнах глава надясно.</w:t>
      </w:r>
    </w:p>
    <w:p w14:paraId="69D2052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причина.</w:t>
      </w:r>
    </w:p>
    <w:p w14:paraId="391BAFB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повод.</w:t>
      </w:r>
    </w:p>
    <w:p w14:paraId="7630A21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нещо да е привлякло вниманието ми.</w:t>
      </w:r>
    </w:p>
    <w:p w14:paraId="42C76FC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тогава погледът ми се спря върху Паметника „Камбаните“.</w:t>
      </w:r>
    </w:p>
    <w:p w14:paraId="7817DEE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Бях минавала оттам безброй пъти.</w:t>
      </w:r>
    </w:p>
    <w:p w14:paraId="46CF84A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този път беше различно.</w:t>
      </w:r>
    </w:p>
    <w:p w14:paraId="22201B9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същия миг в мен се появи една съвсем ясна мисъл:</w:t>
      </w:r>
    </w:p>
    <w:p w14:paraId="44CF101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„Искам да отида там.“</w:t>
      </w:r>
    </w:p>
    <w:p w14:paraId="56A886C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Нищо повече.</w:t>
      </w:r>
    </w:p>
    <w:p w14:paraId="1A47BDB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Само това.</w:t>
      </w:r>
    </w:p>
    <w:p w14:paraId="4D45D02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Отклоних се от пътя.</w:t>
      </w:r>
    </w:p>
    <w:p w14:paraId="0A4F244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тръгнах към паметника.</w:t>
      </w:r>
    </w:p>
    <w:p w14:paraId="192EEBB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това, което ме очакваше там, щеше да остане с мен за цял живот.</w:t>
      </w:r>
    </w:p>
    <w:p w14:paraId="3816A3D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Когато пристъпих в кръга на камбаните, пространството избухна в звук.</w:t>
      </w:r>
    </w:p>
    <w:p w14:paraId="5798B52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Точно в този момент на мястото пристигна голяма група деца.</w:t>
      </w:r>
    </w:p>
    <w:p w14:paraId="186A02D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Десетки детски ръце започнаха да бият камбаните едновременно.</w:t>
      </w:r>
    </w:p>
    <w:p w14:paraId="35FBC70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Звукът изпълни всичко.</w:t>
      </w:r>
    </w:p>
    <w:p w14:paraId="170E1D2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Мощен.</w:t>
      </w:r>
    </w:p>
    <w:p w14:paraId="13800B1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Жив.</w:t>
      </w:r>
    </w:p>
    <w:p w14:paraId="323699F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Всеобхватен.</w:t>
      </w:r>
    </w:p>
    <w:p w14:paraId="73BCA6E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Сякаш самото място ме посрещаше.</w:t>
      </w:r>
    </w:p>
    <w:p w14:paraId="275C3C3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Стоях неподвижно.</w:t>
      </w:r>
    </w:p>
    <w:p w14:paraId="187F08B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Слушах.</w:t>
      </w:r>
    </w:p>
    <w:p w14:paraId="5C7D015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разбирах.</w:t>
      </w:r>
    </w:p>
    <w:p w14:paraId="42A8F8F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с ума.</w:t>
      </w:r>
    </w:p>
    <w:p w14:paraId="6763E27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с логиката.</w:t>
      </w:r>
    </w:p>
    <w:p w14:paraId="7DF3B4A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по онзи тих начин, по който понякога човек разбира, че животът му говори.</w:t>
      </w:r>
    </w:p>
    <w:p w14:paraId="0967AC6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Усетих, че това е знак.</w:t>
      </w:r>
    </w:p>
    <w:p w14:paraId="694D33E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Усетих, че това място ме посреща.</w:t>
      </w:r>
    </w:p>
    <w:p w14:paraId="51CCC18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 xml:space="preserve">И благодарих. Разбрах! </w:t>
      </w:r>
    </w:p>
    <w:p w14:paraId="3729B3C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Когато звънът спря, останах още известно време в тишината.</w:t>
      </w:r>
    </w:p>
    <w:p w14:paraId="55E3DC8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После си тръгнах.</w:t>
      </w:r>
    </w:p>
    <w:p w14:paraId="218FCFB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Нещо беше останало.</w:t>
      </w:r>
    </w:p>
    <w:p w14:paraId="2521049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Нещо, което нямаше да ме напусне повече.</w:t>
      </w:r>
    </w:p>
    <w:p w14:paraId="7EBAC00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След това не последва проект.</w:t>
      </w:r>
    </w:p>
    <w:p w14:paraId="5D664AF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Не последва инициатива.</w:t>
      </w:r>
    </w:p>
    <w:p w14:paraId="3858132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последва организация.</w:t>
      </w:r>
    </w:p>
    <w:p w14:paraId="25E34B9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Последваха години на тишина.</w:t>
      </w:r>
    </w:p>
    <w:p w14:paraId="1BD858F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Защото усещането беше ясно.</w:t>
      </w:r>
    </w:p>
    <w:p w14:paraId="55DAE06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Ако някога от това място трябва да се роди нещо, то не бива да бъде водено от човешки амбиции.</w:t>
      </w:r>
    </w:p>
    <w:p w14:paraId="48DF272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бива да бъде форсирано.</w:t>
      </w:r>
    </w:p>
    <w:p w14:paraId="33EEFB2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бива да бъде преследвано.</w:t>
      </w:r>
    </w:p>
    <w:p w14:paraId="7226198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 трябва да узрее.</w:t>
      </w:r>
    </w:p>
    <w:p w14:paraId="3AAD39E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така започна дълъг период на вътрешна работа.</w:t>
      </w:r>
    </w:p>
    <w:p w14:paraId="2292930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 изчакване.</w:t>
      </w:r>
    </w:p>
    <w:p w14:paraId="6C1E698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 вслушване.</w:t>
      </w:r>
    </w:p>
    <w:p w14:paraId="65C3238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 доверие.</w:t>
      </w:r>
    </w:p>
    <w:p w14:paraId="0A37CB6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Че когато моментът дойде, той сам ще се покаже.</w:t>
      </w:r>
    </w:p>
    <w:p w14:paraId="198275C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Годините минаваха.</w:t>
      </w:r>
    </w:p>
    <w:p w14:paraId="3CECFA7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Животът течеше в своя обичаен ритъм.</w:t>
      </w:r>
    </w:p>
    <w:p w14:paraId="6A521A7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темата за Камбаните оставаше някъде вътре в мен.</w:t>
      </w:r>
    </w:p>
    <w:p w14:paraId="6ACD787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Тиха.</w:t>
      </w:r>
    </w:p>
    <w:p w14:paraId="6793E43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Ненатрапчива.</w:t>
      </w:r>
    </w:p>
    <w:p w14:paraId="2FA6200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семе под земята.</w:t>
      </w:r>
    </w:p>
    <w:p w14:paraId="132708B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да знам кога и дали изобщо ще покълне.</w:t>
      </w:r>
    </w:p>
    <w:p w14:paraId="5B86A82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През юли 2023 година, в дни, които носеха силата на един от най-значимите годишни портали, дванадесет души се събрахме на Паметника „Камбаните“.</w:t>
      </w:r>
    </w:p>
    <w:p w14:paraId="57EDBF2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събитие.</w:t>
      </w:r>
    </w:p>
    <w:p w14:paraId="56CC077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инициатива.</w:t>
      </w:r>
    </w:p>
    <w:p w14:paraId="6C479CE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организирана среща.</w:t>
      </w:r>
    </w:p>
    <w:p w14:paraId="125B0BA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По-скоро събиране на хора, които усещаха нуждата да бъдат там.</w:t>
      </w:r>
    </w:p>
    <w:p w14:paraId="49DA04D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На това място.</w:t>
      </w:r>
    </w:p>
    <w:p w14:paraId="4BF9894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този момент.</w:t>
      </w:r>
    </w:p>
    <w:p w14:paraId="3F1406F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сцена.</w:t>
      </w:r>
    </w:p>
    <w:p w14:paraId="7E5CF97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публика.</w:t>
      </w:r>
    </w:p>
    <w:p w14:paraId="4FDB371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програма.</w:t>
      </w:r>
    </w:p>
    <w:p w14:paraId="27DDB77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присъствие.</w:t>
      </w:r>
    </w:p>
    <w:p w14:paraId="7FD3191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тишина.</w:t>
      </w:r>
    </w:p>
    <w:p w14:paraId="6076FD5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внимание към невидимото.</w:t>
      </w:r>
    </w:p>
    <w:p w14:paraId="4FE1FF6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 xml:space="preserve">Там споделяхме текст за водещата роля на майката в света, за грижата, първопричината за живота. </w:t>
      </w:r>
    </w:p>
    <w:p w14:paraId="2C0FAB2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Докато четях, погледът ми неведнъж се спираше върху една картина.</w:t>
      </w:r>
    </w:p>
    <w:p w14:paraId="7025820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Майка с бебе на ръце.</w:t>
      </w:r>
    </w:p>
    <w:p w14:paraId="69FA53B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Стояха точно до паметника на Людмила Живкова.</w:t>
      </w:r>
    </w:p>
    <w:p w14:paraId="436A28A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участваха.</w:t>
      </w:r>
    </w:p>
    <w:p w14:paraId="5AA7AAE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говореха.</w:t>
      </w:r>
    </w:p>
    <w:p w14:paraId="6D55086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 xml:space="preserve">Просто бяха там. Бяха с нас. Част от нас. Сякаш нещо невидимо ги беше донесло точно за това, да присъстват, присъстваха, точно до нас и слушаха, същия разговор. </w:t>
      </w:r>
    </w:p>
    <w:p w14:paraId="7230747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Присъствието им беше ядрото на случващото се.</w:t>
      </w:r>
    </w:p>
    <w:p w14:paraId="47F0EEA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Тази картина остана в мен.</w:t>
      </w:r>
    </w:p>
    <w:p w14:paraId="00FFFBB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символ.</w:t>
      </w:r>
    </w:p>
    <w:p w14:paraId="7767A7A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напомняне.</w:t>
      </w:r>
    </w:p>
    <w:p w14:paraId="5E971F7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тихо потвърждение, че невидимите нишки продължават да се преплитат.</w:t>
      </w:r>
    </w:p>
    <w:p w14:paraId="669ED20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По-късно същата вечер, сред тишината на една градина, изпълнена с бели рози, дойде нещо, което не мога да нарека мисъл.</w:t>
      </w:r>
    </w:p>
    <w:p w14:paraId="75EB258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идея.</w:t>
      </w:r>
    </w:p>
    <w:p w14:paraId="590CDDC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решение.</w:t>
      </w:r>
    </w:p>
    <w:p w14:paraId="5DA5EF3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Беше знание.</w:t>
      </w:r>
    </w:p>
    <w:p w14:paraId="41D7FB5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Кратко.</w:t>
      </w:r>
    </w:p>
    <w:p w14:paraId="15D1D59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Ясно.</w:t>
      </w:r>
    </w:p>
    <w:p w14:paraId="2DFC5A1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Категорично.</w:t>
      </w:r>
    </w:p>
    <w:p w14:paraId="4519532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„Вратите са отворени.“</w:t>
      </w:r>
    </w:p>
    <w:p w14:paraId="7798432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Толкова.</w:t>
      </w:r>
    </w:p>
    <w:p w14:paraId="27561C2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Нищо повече.</w:t>
      </w:r>
    </w:p>
    <w:p w14:paraId="2D82889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беше достатъчно.</w:t>
      </w:r>
    </w:p>
    <w:p w14:paraId="03BED7D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Защото след години на чакане за първи път усетих, че нещо е помръднало.</w:t>
      </w:r>
    </w:p>
    <w:p w14:paraId="4B6ACB1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Че нещо е започнало да се отваря.</w:t>
      </w:r>
    </w:p>
    <w:p w14:paraId="5AFDFA7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След това отново настъпи тишина.</w:t>
      </w:r>
    </w:p>
    <w:p w14:paraId="5C7F4BA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тя вече беше различна.</w:t>
      </w:r>
    </w:p>
    <w:p w14:paraId="1A87038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тишина на неизвестността.</w:t>
      </w:r>
    </w:p>
    <w:p w14:paraId="489EA65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Беше тишина на очакването.</w:t>
      </w:r>
    </w:p>
    <w:p w14:paraId="0960F53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Очакване на знак.</w:t>
      </w:r>
    </w:p>
    <w:p w14:paraId="67ACC22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През годините бях научила нещо.</w:t>
      </w:r>
    </w:p>
    <w:p w14:paraId="69A15DA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Когато едно нещо е истинско, то не може да бъде насилено.</w:t>
      </w:r>
    </w:p>
    <w:p w14:paraId="6E93E4A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можеш да го измислиш.</w:t>
      </w:r>
    </w:p>
    <w:p w14:paraId="3AB7D1F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можеш да го организираш предварително.</w:t>
      </w:r>
    </w:p>
    <w:p w14:paraId="38FE5E1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можеш да го изпревариш.</w:t>
      </w:r>
    </w:p>
    <w:p w14:paraId="116BCFF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Докато знакът не е ясен, няма следваща крачка.</w:t>
      </w:r>
    </w:p>
    <w:p w14:paraId="701671D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Така преминаха месеците.</w:t>
      </w:r>
    </w:p>
    <w:p w14:paraId="28199AD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решения.</w:t>
      </w:r>
    </w:p>
    <w:p w14:paraId="79563F9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планове.</w:t>
      </w:r>
    </w:p>
    <w:p w14:paraId="7CD245A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проекти.</w:t>
      </w:r>
    </w:p>
    <w:p w14:paraId="29C6910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наблюдение.</w:t>
      </w:r>
    </w:p>
    <w:p w14:paraId="41B5808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доверие.</w:t>
      </w:r>
    </w:p>
    <w:p w14:paraId="6B1142A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Следващият, все още едва загатващ знак дойде през лятото на 2024 година.</w:t>
      </w:r>
    </w:p>
    <w:p w14:paraId="103667D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Тогава след дълги години при мен отново се върна книгата на Морфи Скарлатов.</w:t>
      </w:r>
    </w:p>
    <w:p w14:paraId="123B84D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Книгата, която бях получила като студентка.</w:t>
      </w:r>
    </w:p>
    <w:p w14:paraId="10641A1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Книгата, която се беше изгубила.</w:t>
      </w:r>
    </w:p>
    <w:p w14:paraId="6B4A23C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Книгата, за която някога бях чула:</w:t>
      </w:r>
    </w:p>
    <w:p w14:paraId="164C267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„Знам, че тази книга е за теб.“</w:t>
      </w:r>
    </w:p>
    <w:p w14:paraId="026CB00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 xml:space="preserve">Този път я прочетох и предусещах че времето е назряло. </w:t>
      </w:r>
    </w:p>
    <w:p w14:paraId="1EA9954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Сякаш междувременно бях изминала пътя, необходим да разбера част от онова, което тогава ми беше убягнало.</w:t>
      </w:r>
    </w:p>
    <w:p w14:paraId="6AD04FA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и това все още не беше знакът.</w:t>
      </w:r>
    </w:p>
    <w:p w14:paraId="548CDDD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следващата стъпка.</w:t>
      </w:r>
    </w:p>
    <w:p w14:paraId="3B2733A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Беше само напомняне.</w:t>
      </w:r>
    </w:p>
    <w:p w14:paraId="69F68B5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Леко почукване по вратата.</w:t>
      </w:r>
    </w:p>
    <w:p w14:paraId="324CE02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Истинският импулс дойде малко по-късно.</w:t>
      </w:r>
    </w:p>
    <w:p w14:paraId="4A40E81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дните след едно дълго пребиваване сред тишината на планината.</w:t>
      </w:r>
    </w:p>
    <w:p w14:paraId="371416E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 време на разходка из парк-комплекс „Камбаните“.</w:t>
      </w:r>
    </w:p>
    <w:p w14:paraId="18BFEC1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Разхождахме се между брезичките.</w:t>
      </w:r>
    </w:p>
    <w:p w14:paraId="15D038F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Говорехме.</w:t>
      </w:r>
    </w:p>
    <w:p w14:paraId="70255D8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да търсим решение.</w:t>
      </w:r>
    </w:p>
    <w:p w14:paraId="6482C88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да обсъждаме бъдещ проект.</w:t>
      </w:r>
    </w:p>
    <w:p w14:paraId="0854E3C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да планираме каквото и да било.</w:t>
      </w:r>
    </w:p>
    <w:p w14:paraId="3BB3FEB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Просто бяхме там.</w:t>
      </w:r>
    </w:p>
    <w:p w14:paraId="0340C5F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 мястото.</w:t>
      </w:r>
    </w:p>
    <w:p w14:paraId="66F79A1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тишината.</w:t>
      </w:r>
    </w:p>
    <w:p w14:paraId="43DFBD9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тогава приятелят до мен, сякаш разчел нещо в самото пространство, каза спокойно и съзнателно:</w:t>
      </w:r>
    </w:p>
    <w:p w14:paraId="797890F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„Знаеш ли, че трябва да се съберем и на всяка камбана да има дете? И всички заедно да ударим камбаните едновременно.“</w:t>
      </w:r>
    </w:p>
    <w:p w14:paraId="215EF28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Настъпи тишина.</w:t>
      </w:r>
    </w:p>
    <w:p w14:paraId="528C17B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защото нямаше какво да се каже.</w:t>
      </w:r>
    </w:p>
    <w:p w14:paraId="6376910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защото всичко вече беше казано.</w:t>
      </w:r>
    </w:p>
    <w:p w14:paraId="56A7D48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това едно изречение имаше цялост.</w:t>
      </w:r>
    </w:p>
    <w:p w14:paraId="7F90FDF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Имаше простота.</w:t>
      </w:r>
    </w:p>
    <w:p w14:paraId="786C763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Имаше образ.</w:t>
      </w:r>
    </w:p>
    <w:p w14:paraId="73FF71A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двамата веднага разбрахме.</w:t>
      </w:r>
    </w:p>
    <w:p w14:paraId="29B7AF2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Това беше знакът.</w:t>
      </w:r>
    </w:p>
    <w:p w14:paraId="06C7D19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Това беше следващата крачка.</w:t>
      </w:r>
    </w:p>
    <w:p w14:paraId="3ABFBCC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програма.</w:t>
      </w:r>
    </w:p>
    <w:p w14:paraId="68BA305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организация.</w:t>
      </w:r>
    </w:p>
    <w:p w14:paraId="49DCE10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фестивал.</w:t>
      </w:r>
    </w:p>
    <w:p w14:paraId="39B1B39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един прост и красив образ:</w:t>
      </w:r>
    </w:p>
    <w:p w14:paraId="71429C5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дете на всяка камбана.</w:t>
      </w:r>
    </w:p>
    <w:p w14:paraId="2374873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Точно тогава започна да се ражда нещо ново.</w:t>
      </w:r>
    </w:p>
    <w:p w14:paraId="4873A86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След като знакът стана ясен, остана само един въпрос.</w:t>
      </w:r>
    </w:p>
    <w:p w14:paraId="180FB74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Кога?</w:t>
      </w:r>
    </w:p>
    <w:p w14:paraId="2DF70C6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как.</w:t>
      </w:r>
    </w:p>
    <w:p w14:paraId="79A40E6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колко голямо.</w:t>
      </w:r>
    </w:p>
    <w:p w14:paraId="25C8913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кой ще дойде.</w:t>
      </w:r>
    </w:p>
    <w:p w14:paraId="1A775C5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кога.</w:t>
      </w:r>
    </w:p>
    <w:p w14:paraId="701F723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Датата се появи по начин, който не пораждаше съмнение.</w:t>
      </w:r>
    </w:p>
    <w:p w14:paraId="016E842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Денят на народните будители.</w:t>
      </w:r>
    </w:p>
    <w:p w14:paraId="07D1692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Първи ноември.</w:t>
      </w:r>
    </w:p>
    <w:p w14:paraId="07BA9BA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Не изглеждаше избран.</w:t>
      </w:r>
    </w:p>
    <w:p w14:paraId="1CF1853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Изглеждаше разпознат.</w:t>
      </w:r>
    </w:p>
    <w:p w14:paraId="789115C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Имаше само едно нещо, което исках да проверя.</w:t>
      </w:r>
    </w:p>
    <w:p w14:paraId="70FDD76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Дали този ден съвпада с новолуние.</w:t>
      </w:r>
    </w:p>
    <w:p w14:paraId="553DC47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Оказа се, че на 1 ноември 2024 година новолунието настъпва точно в 15:45 часа.</w:t>
      </w:r>
    </w:p>
    <w:p w14:paraId="3DA6E3A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първите минути.</w:t>
      </w:r>
    </w:p>
    <w:p w14:paraId="4678FA2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първия час на новия лунен цикъл.</w:t>
      </w:r>
    </w:p>
    <w:p w14:paraId="2A226F2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именно тогава беше определен моментът на събитието.</w:t>
      </w:r>
    </w:p>
    <w:p w14:paraId="060E3C9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защото търсехме астрологичен ефект.</w:t>
      </w:r>
    </w:p>
    <w:p w14:paraId="6B36A95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защото искахме специална дата.</w:t>
      </w:r>
    </w:p>
    <w:p w14:paraId="2B0B7BE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защото трите линии се срещнаха сами.</w:t>
      </w:r>
    </w:p>
    <w:p w14:paraId="729DD66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Денят на народните будители.</w:t>
      </w:r>
    </w:p>
    <w:p w14:paraId="2C36830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Новолунието.</w:t>
      </w:r>
    </w:p>
    <w:p w14:paraId="424CC50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образът на децата при камбаните.</w:t>
      </w:r>
    </w:p>
    <w:p w14:paraId="1630A86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Така на 1 ноември 2024 година прозвуча първият общ камбанен звън.</w:t>
      </w:r>
    </w:p>
    <w:p w14:paraId="63B9CDC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Тихо.</w:t>
      </w:r>
    </w:p>
    <w:p w14:paraId="6A188BB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Скромно.</w:t>
      </w:r>
    </w:p>
    <w:p w14:paraId="4AB489F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шум.</w:t>
      </w:r>
    </w:p>
    <w:p w14:paraId="0B1E12E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медийност.</w:t>
      </w:r>
    </w:p>
    <w:p w14:paraId="1BC76AD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публичност.</w:t>
      </w:r>
    </w:p>
    <w:p w14:paraId="4C5B059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Сякаш самото събитие искаше да остане сакровено.</w:t>
      </w:r>
    </w:p>
    <w:p w14:paraId="5AF3186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Да бъде ключ.</w:t>
      </w:r>
    </w:p>
    <w:p w14:paraId="3AFBDC0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не спектакъл.</w:t>
      </w:r>
    </w:p>
    <w:p w14:paraId="6B3472E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Да бъде начало.</w:t>
      </w:r>
    </w:p>
    <w:p w14:paraId="5629B00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не демонстрация.</w:t>
      </w:r>
    </w:p>
    <w:p w14:paraId="18531D1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Тогава още не знаехме докъде ще стигне този път.</w:t>
      </w:r>
    </w:p>
    <w:p w14:paraId="4790C53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Знаехме само, че трябва да направим тази крачка.</w:t>
      </w:r>
    </w:p>
    <w:p w14:paraId="17E9B29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я направихме.</w:t>
      </w:r>
    </w:p>
    <w:p w14:paraId="7B75BAE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След това отново дойде тишина.</w:t>
      </w:r>
    </w:p>
    <w:p w14:paraId="6E90EF0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вече беше различна.</w:t>
      </w:r>
    </w:p>
    <w:p w14:paraId="492F1D7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тишината преди началото.</w:t>
      </w:r>
    </w:p>
    <w:p w14:paraId="2F8B099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Беше тишината след него.</w:t>
      </w:r>
    </w:p>
    <w:p w14:paraId="03FAF29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земя, в която е поставено семе.</w:t>
      </w:r>
    </w:p>
    <w:p w14:paraId="4D3A634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която чака.</w:t>
      </w:r>
    </w:p>
    <w:p w14:paraId="54005AE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През 2025 година дойде второто пилотно събитие.</w:t>
      </w:r>
    </w:p>
    <w:p w14:paraId="2CAB8F1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По-голямо.</w:t>
      </w:r>
    </w:p>
    <w:p w14:paraId="4C9DD41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По-подредено.</w:t>
      </w:r>
    </w:p>
    <w:p w14:paraId="5DDDD1D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По-живо.</w:t>
      </w:r>
    </w:p>
    <w:p w14:paraId="21C8F9E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Появиха се доброволци.</w:t>
      </w:r>
    </w:p>
    <w:p w14:paraId="36270A7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Появиха се творчески работилници.</w:t>
      </w:r>
    </w:p>
    <w:p w14:paraId="12C9A6B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Появиха се музика.</w:t>
      </w:r>
    </w:p>
    <w:p w14:paraId="5D0D7D6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 xml:space="preserve">Появиха се деца и приятели от различни места из страната. </w:t>
      </w:r>
    </w:p>
    <w:p w14:paraId="6990470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Мястото започваше да оживява по нов начин.</w:t>
      </w:r>
    </w:p>
    <w:p w14:paraId="5F01F8B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най-силният момент дойде малко преди следващия Първи ноември.</w:t>
      </w:r>
    </w:p>
    <w:p w14:paraId="69AF532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Тогава в ръцете ми попадна книга от 1979 година.</w:t>
      </w:r>
    </w:p>
    <w:p w14:paraId="0615F4B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„Асамблея Знаме на мира“.</w:t>
      </w:r>
    </w:p>
    <w:p w14:paraId="135A838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нея бяха събрани посланията и стиховете на децата от първата Асамблея.</w:t>
      </w:r>
    </w:p>
    <w:p w14:paraId="127574F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Децата, които бяха стояли тук десетилетия по-рано.</w:t>
      </w:r>
    </w:p>
    <w:p w14:paraId="3F15F3A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Децата, с които никога не се бяхме срещали.</w:t>
      </w:r>
    </w:p>
    <w:p w14:paraId="48318DD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Децата, чиито гласове сякаш още живееха между камбаните.</w:t>
      </w:r>
    </w:p>
    <w:p w14:paraId="301C073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 време на събитието споделяхме текстове и размисли, посветени на мира и на човешката способност да създава разбирателство.</w:t>
      </w:r>
    </w:p>
    <w:p w14:paraId="3E4E929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А редом с тях звучаха и думите на тези деца.</w:t>
      </w:r>
    </w:p>
    <w:p w14:paraId="675A861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Миналото и настоящето започнаха да разговарят.</w:t>
      </w:r>
    </w:p>
    <w:p w14:paraId="16D80FE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Тихо.</w:t>
      </w:r>
    </w:p>
    <w:p w14:paraId="79E6028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Естествено.</w:t>
      </w:r>
    </w:p>
    <w:p w14:paraId="07FCD6E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усилие.</w:t>
      </w:r>
    </w:p>
    <w:p w14:paraId="09CE3E1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Случваше се и нещо красиво.</w:t>
      </w:r>
    </w:p>
    <w:p w14:paraId="48315CE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Докато четяхме, хората, които посещаваха парка, започваха сами да се приближават към камбаните.</w:t>
      </w:r>
    </w:p>
    <w:p w14:paraId="28C54A7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Никой не ги канеше.</w:t>
      </w:r>
    </w:p>
    <w:p w14:paraId="33C623C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Никой не ги молеше.</w:t>
      </w:r>
    </w:p>
    <w:p w14:paraId="53564DE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Никой не им обясняваше какво правим.</w:t>
      </w:r>
    </w:p>
    <w:p w14:paraId="30F73F8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Те просто идваха.</w:t>
      </w:r>
    </w:p>
    <w:p w14:paraId="184D091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Докосваха камбаните.</w:t>
      </w:r>
    </w:p>
    <w:p w14:paraId="5E638D0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ги оставяха да звучат.</w:t>
      </w:r>
    </w:p>
    <w:p w14:paraId="2C262A2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Ние четяхме.</w:t>
      </w:r>
    </w:p>
    <w:p w14:paraId="4F2CB1A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Те звъняха.</w:t>
      </w:r>
    </w:p>
    <w:p w14:paraId="00A81B1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Камбаните отговаряха.</w:t>
      </w:r>
    </w:p>
    <w:p w14:paraId="4C2385B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кратко всичко се сля в едно общо преживяване.</w:t>
      </w:r>
    </w:p>
    <w:p w14:paraId="09CD80D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Тогава дойде едно ясно вътрешно усещане.</w:t>
      </w:r>
    </w:p>
    <w:p w14:paraId="2BD4A8B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Спокойно.</w:t>
      </w:r>
    </w:p>
    <w:p w14:paraId="18599B4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Силно.</w:t>
      </w:r>
    </w:p>
    <w:p w14:paraId="40A68CA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колебание.</w:t>
      </w:r>
    </w:p>
    <w:p w14:paraId="506E62F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„Следващата година ще бъде време за голямото отворено събитие.“</w:t>
      </w:r>
    </w:p>
    <w:p w14:paraId="35D7937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решение.</w:t>
      </w:r>
    </w:p>
    <w:p w14:paraId="2A403D9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беше план.</w:t>
      </w:r>
    </w:p>
    <w:p w14:paraId="7D8817D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По-скоро разпознаване.</w:t>
      </w:r>
    </w:p>
    <w:p w14:paraId="69072CE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 xml:space="preserve">Че следващата врата вече се отваря широко. </w:t>
      </w:r>
    </w:p>
    <w:p w14:paraId="5351A02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Следващата година започна да се приближава бавно.</w:t>
      </w:r>
    </w:p>
    <w:p w14:paraId="7D7A185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Неусетно.</w:t>
      </w:r>
    </w:p>
    <w:p w14:paraId="50058EF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изгрев, който първо озарява върховете, а едва след това цялата долина.</w:t>
      </w:r>
    </w:p>
    <w:p w14:paraId="004A51D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Усещането, че предстои нещо по-голямо, не изчезваше.</w:t>
      </w:r>
    </w:p>
    <w:p w14:paraId="3E32F3E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Напротив.</w:t>
      </w:r>
    </w:p>
    <w:p w14:paraId="43C3F1B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всяка изминала седмица ставаше по-ясно.</w:t>
      </w:r>
    </w:p>
    <w:p w14:paraId="4F1CA09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По-спокойно.</w:t>
      </w:r>
    </w:p>
    <w:p w14:paraId="1849BA0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По-зряло.</w:t>
      </w:r>
    </w:p>
    <w:p w14:paraId="5F71FA4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като въодушевление.</w:t>
      </w:r>
    </w:p>
    <w:p w14:paraId="329B52E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като емоция.</w:t>
      </w:r>
    </w:p>
    <w:p w14:paraId="0BC945D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знание.</w:t>
      </w:r>
    </w:p>
    <w:p w14:paraId="4388E04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посока.</w:t>
      </w:r>
    </w:p>
    <w:p w14:paraId="751022A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именно тогава започна да се изяснява още нещо.</w:t>
      </w:r>
    </w:p>
    <w:p w14:paraId="070F843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какво предстои да направим.</w:t>
      </w:r>
    </w:p>
    <w:p w14:paraId="794F25F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как ще го наречем.</w:t>
      </w:r>
    </w:p>
    <w:p w14:paraId="6C6F55B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Дълго време различни думи идваха и си отиваха.</w:t>
      </w:r>
    </w:p>
    <w:p w14:paraId="0638D65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Появяваха се естествено.</w:t>
      </w:r>
    </w:p>
    <w:p w14:paraId="4D84186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После отпадаха.</w:t>
      </w:r>
    </w:p>
    <w:p w14:paraId="5FAA16B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Докато постепенно не остана едно кратко словосъчетание:</w:t>
      </w:r>
    </w:p>
    <w:p w14:paraId="1B3653C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„Камбани за мир“.</w:t>
      </w:r>
    </w:p>
    <w:p w14:paraId="0E37F4D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 пръв поглед две обикновени думи.</w:t>
      </w:r>
    </w:p>
    <w:p w14:paraId="13B7F0B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колкото повече оставах с тях, толкова повече усещах, че истинският смисъл се крие в малката дума между тях.</w:t>
      </w:r>
    </w:p>
    <w:p w14:paraId="129B2AF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„За“.</w:t>
      </w:r>
    </w:p>
    <w:p w14:paraId="65CC61A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„на мира“.</w:t>
      </w:r>
    </w:p>
    <w:p w14:paraId="6CCB43A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Не като описание.</w:t>
      </w:r>
    </w:p>
    <w:p w14:paraId="4CEEF41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като притежание.</w:t>
      </w:r>
    </w:p>
    <w:p w14:paraId="06163C5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като абстрактно понятие.</w:t>
      </w:r>
    </w:p>
    <w:p w14:paraId="1E16B63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„за мир“.</w:t>
      </w:r>
    </w:p>
    <w:p w14:paraId="6859548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посока.</w:t>
      </w:r>
    </w:p>
    <w:p w14:paraId="460D15F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съзнателен избор.</w:t>
      </w:r>
    </w:p>
    <w:p w14:paraId="7F0F6FE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действие.</w:t>
      </w:r>
    </w:p>
    <w:p w14:paraId="0E45CBD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отдаване на нещо по-голямо от самите нас.</w:t>
      </w:r>
    </w:p>
    <w:p w14:paraId="26A9AA9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постепенно започна да се разкрива още един пласт.</w:t>
      </w:r>
    </w:p>
    <w:p w14:paraId="5601E7C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„За“ означава и „заедно“.</w:t>
      </w:r>
    </w:p>
    <w:p w14:paraId="22267CD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Заедно не само локално.</w:t>
      </w:r>
    </w:p>
    <w:p w14:paraId="3990F88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и глобално.</w:t>
      </w:r>
    </w:p>
    <w:p w14:paraId="099A855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само между хората около нас.</w:t>
      </w:r>
    </w:p>
    <w:p w14:paraId="07FA4CF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и между хората по света.</w:t>
      </w:r>
    </w:p>
    <w:p w14:paraId="2866C0C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само хоризонтално.</w:t>
      </w:r>
    </w:p>
    <w:p w14:paraId="08FF26A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и вертикално.</w:t>
      </w:r>
    </w:p>
    <w:p w14:paraId="3F79C42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 земята и небето.</w:t>
      </w:r>
    </w:p>
    <w:p w14:paraId="3D66176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 човека и неговия вътрешен свят.</w:t>
      </w:r>
    </w:p>
    <w:p w14:paraId="109DB0F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 миналото и бъдещето.</w:t>
      </w:r>
    </w:p>
    <w:p w14:paraId="0C9A39E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 поколенията.</w:t>
      </w:r>
    </w:p>
    <w:p w14:paraId="13AB8A9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Тогава разбрах, че това не е просто име.</w:t>
      </w:r>
    </w:p>
    <w:p w14:paraId="36F1780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Това е посока.</w:t>
      </w:r>
    </w:p>
    <w:p w14:paraId="6895CFC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Посока към общност.</w:t>
      </w:r>
    </w:p>
    <w:p w14:paraId="5651B49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Посока към съпричастност.</w:t>
      </w:r>
    </w:p>
    <w:p w14:paraId="178A5C9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Посока към мир.</w:t>
      </w:r>
    </w:p>
    <w:p w14:paraId="320E4B1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така естествено се роди името:</w:t>
      </w:r>
    </w:p>
    <w:p w14:paraId="6962B8F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„Камбани за мир“.</w:t>
      </w:r>
    </w:p>
    <w:p w14:paraId="0B5DF9B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малко по-късно, когато дойде време за първото писмо до институциите, то вече беше намерило своето място.</w:t>
      </w:r>
    </w:p>
    <w:p w14:paraId="2F4217E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На зимното слънцестоене внесохме първото официално писмо за институционална подкрепа.</w:t>
      </w:r>
    </w:p>
    <w:p w14:paraId="159CEA9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Беше направена още една крачка.</w:t>
      </w:r>
    </w:p>
    <w:p w14:paraId="3FE16B1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Плахо.</w:t>
      </w:r>
    </w:p>
    <w:p w14:paraId="45D72ED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уважение.</w:t>
      </w:r>
    </w:p>
    <w:p w14:paraId="6B2C0EB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очаквания.</w:t>
      </w:r>
    </w:p>
    <w:p w14:paraId="143DA04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Без претенции.</w:t>
      </w:r>
    </w:p>
    <w:p w14:paraId="1B3AB25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Само с надеждата, че ако това, което се ражда, има своето място, вратите ще се отворят.</w:t>
      </w:r>
    </w:p>
    <w:p w14:paraId="35D77DD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на Богоявление получихме отговор.</w:t>
      </w:r>
    </w:p>
    <w:p w14:paraId="270314E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Писмо от Кабинета на президента.</w:t>
      </w:r>
    </w:p>
    <w:p w14:paraId="3C4557B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 него имаше едно изречение, което остана с нас.</w:t>
      </w:r>
    </w:p>
    <w:p w14:paraId="4B435FC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Едно изречение, което сякаш събра в себе си смисъла на всичко извървяно дотук:</w:t>
      </w:r>
    </w:p>
    <w:p w14:paraId="72BEFE2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„Пожелаваме Ви успех в отговорното начинание да възкресите парк „Камбаните“ за детско творчество и радост.“</w:t>
      </w:r>
    </w:p>
    <w:p w14:paraId="242937B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Детство.</w:t>
      </w:r>
    </w:p>
    <w:p w14:paraId="5C4A888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Творчество.</w:t>
      </w:r>
    </w:p>
    <w:p w14:paraId="3265376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Радост.</w:t>
      </w:r>
    </w:p>
    <w:p w14:paraId="700A59E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Трите думи застанаха една до друга по начин, който не можеше да бъде планиран.</w:t>
      </w:r>
    </w:p>
    <w:p w14:paraId="5826FE2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Сякаш винаги са били там.</w:t>
      </w:r>
    </w:p>
    <w:p w14:paraId="6AF204D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просто са чакали да бъдат изречени.</w:t>
      </w:r>
    </w:p>
    <w:p w14:paraId="61B0E66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Едва след това забелязах още нещо.</w:t>
      </w:r>
    </w:p>
    <w:p w14:paraId="5A82E04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Нещо, за което през целия си живот изобщо не бях мислила.</w:t>
      </w:r>
    </w:p>
    <w:p w14:paraId="69E37AE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Фамилията, с която съм родена.</w:t>
      </w:r>
    </w:p>
    <w:p w14:paraId="56EEF21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Клисарска.</w:t>
      </w:r>
    </w:p>
    <w:p w14:paraId="27C9639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Дума, която винаги е била част от живота ми.</w:t>
      </w:r>
    </w:p>
    <w:p w14:paraId="73FDB95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Толкова естествена, че никога не съм се замисляла над нея.</w:t>
      </w:r>
    </w:p>
    <w:p w14:paraId="67BD497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после изведнъж осъзнах нещо съвсем просто.</w:t>
      </w:r>
    </w:p>
    <w:p w14:paraId="63B8B0C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Клисарят е човекът, който се грижи за храма.</w:t>
      </w:r>
    </w:p>
    <w:p w14:paraId="3F61910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Който подготвя пространството.</w:t>
      </w:r>
    </w:p>
    <w:p w14:paraId="1D05031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Който отваря вратите.</w:t>
      </w:r>
    </w:p>
    <w:p w14:paraId="6453A15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който бие камбаните.</w:t>
      </w:r>
    </w:p>
    <w:p w14:paraId="7761F56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Помня как се усмихнах.</w:t>
      </w:r>
    </w:p>
    <w:p w14:paraId="041045F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защото търсех пореден знак.</w:t>
      </w:r>
    </w:p>
    <w:p w14:paraId="7F59BF2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защото още една малка нишка беше намерила своето място.</w:t>
      </w:r>
    </w:p>
    <w:p w14:paraId="3107C0A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като доказателство.</w:t>
      </w:r>
    </w:p>
    <w:p w14:paraId="1177374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като обяснение.</w:t>
      </w:r>
    </w:p>
    <w:p w14:paraId="258FE8B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По-скоро като тихо намигване на живота.</w:t>
      </w:r>
    </w:p>
    <w:p w14:paraId="1CDEC8F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Като напомняне, че понякога носим част от историята си много преди да сме я разбрали.</w:t>
      </w:r>
    </w:p>
    <w:p w14:paraId="29D0461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През 2026 година започна да се очертава следващата стъпка.</w:t>
      </w:r>
    </w:p>
    <w:p w14:paraId="361E514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Този път тя имаше дата.</w:t>
      </w:r>
    </w:p>
    <w:p w14:paraId="441FDD1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21 септември.</w:t>
      </w:r>
    </w:p>
    <w:p w14:paraId="15728BB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Международният ден ЗА мир.</w:t>
      </w:r>
    </w:p>
    <w:p w14:paraId="6666875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Денят, в който по цялата планета хората насочват мислите си към мира.</w:t>
      </w:r>
    </w:p>
    <w:p w14:paraId="0663776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Денят, в който в Централата на Организацията на обединените нации звучи Камбаната на мира.</w:t>
      </w:r>
    </w:p>
    <w:p w14:paraId="30E8F0A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тогава сякаш всички нишки започнаха да се събират.</w:t>
      </w:r>
    </w:p>
    <w:p w14:paraId="73660E8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Децата.</w:t>
      </w:r>
    </w:p>
    <w:p w14:paraId="2D47A67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Камбаните.</w:t>
      </w:r>
    </w:p>
    <w:p w14:paraId="30CAB64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Мирът.</w:t>
      </w:r>
    </w:p>
    <w:p w14:paraId="6BC02D8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Мястото.</w:t>
      </w:r>
    </w:p>
    <w:p w14:paraId="469F0BB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Времето.</w:t>
      </w:r>
    </w:p>
    <w:p w14:paraId="5E91B24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Всичко започна да намира своето естествено място.</w:t>
      </w:r>
    </w:p>
    <w:p w14:paraId="1670B06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Постепенно стана ясно, че това вече не е само идея за едно събитие.</w:t>
      </w:r>
    </w:p>
    <w:p w14:paraId="7C2CF14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е само среща на едно място.</w:t>
      </w:r>
    </w:p>
    <w:p w14:paraId="63312D0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е само ден в календара.</w:t>
      </w:r>
    </w:p>
    <w:p w14:paraId="70991F4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Пред очите ни започна да се появява нещо по-голямо.</w:t>
      </w:r>
    </w:p>
    <w:p w14:paraId="3D531BA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Жива мрежа.</w:t>
      </w:r>
    </w:p>
    <w:p w14:paraId="3857A1C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Жив организъм.</w:t>
      </w:r>
    </w:p>
    <w:p w14:paraId="14E5B17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едно събитие.</w:t>
      </w:r>
    </w:p>
    <w:p w14:paraId="4AD63D8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много събития.</w:t>
      </w:r>
    </w:p>
    <w:p w14:paraId="18045F2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една общност.</w:t>
      </w:r>
    </w:p>
    <w:p w14:paraId="7AC4457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много общности.</w:t>
      </w:r>
    </w:p>
    <w:p w14:paraId="56A9092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един град.</w:t>
      </w:r>
    </w:p>
    <w:p w14:paraId="2DD1A00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цяла страна.</w:t>
      </w:r>
    </w:p>
    <w:p w14:paraId="5DF5B5A3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може би и не само страна.</w:t>
      </w:r>
    </w:p>
    <w:p w14:paraId="364620C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Появи се мечтата за един общ камбанен звън.</w:t>
      </w:r>
    </w:p>
    <w:p w14:paraId="3B64681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миг, в който хора на различни места ще спрат заедно.</w:t>
      </w:r>
    </w:p>
    <w:p w14:paraId="15F9B5C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Ще замълчат заедно.</w:t>
      </w:r>
    </w:p>
    <w:p w14:paraId="27BFB6C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Ще отправят своята молитва или добра мисъл заедно.</w:t>
      </w:r>
    </w:p>
    <w:p w14:paraId="00D423E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Ще благодарят заедно.</w:t>
      </w:r>
    </w:p>
    <w:p w14:paraId="6571F11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след това ще оставят камбаните да говорят.</w:t>
      </w:r>
    </w:p>
    <w:p w14:paraId="5F3AE49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Така се роди и идеята за Седмица за мир.</w:t>
      </w:r>
    </w:p>
    <w:p w14:paraId="71601CA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Дни, в които различни хора могат да се включат по своя начин.</w:t>
      </w:r>
    </w:p>
    <w:p w14:paraId="0F37AAB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музика.</w:t>
      </w:r>
    </w:p>
    <w:p w14:paraId="659D71D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творчество.</w:t>
      </w:r>
    </w:p>
    <w:p w14:paraId="64244D5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добри дела.</w:t>
      </w:r>
    </w:p>
    <w:p w14:paraId="5FB9054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С грижа.</w:t>
      </w:r>
    </w:p>
    <w:p w14:paraId="580D92B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тишина.</w:t>
      </w:r>
    </w:p>
    <w:p w14:paraId="1BC19F3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вдъхновение.</w:t>
      </w:r>
    </w:p>
    <w:p w14:paraId="6E04DD2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 всичко онова, което приближава човека до човека.</w:t>
      </w:r>
    </w:p>
    <w:p w14:paraId="4BA651B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колкото повече се разгръщаше тази визия, толкова по-ясно ставаше нещо друго.</w:t>
      </w:r>
    </w:p>
    <w:p w14:paraId="469A3DF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Това никога не е било история за едно събитие.</w:t>
      </w:r>
    </w:p>
    <w:p w14:paraId="2646F33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Никога не е било история за една организация.</w:t>
      </w:r>
    </w:p>
    <w:p w14:paraId="0AED1BF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Никога не е било история за един човек.</w:t>
      </w:r>
    </w:p>
    <w:p w14:paraId="45576352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От самото начало ставаше дума за нещо много по-просто.</w:t>
      </w:r>
    </w:p>
    <w:p w14:paraId="448A134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децата.</w:t>
      </w:r>
    </w:p>
    <w:p w14:paraId="0012B0D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мира.</w:t>
      </w:r>
    </w:p>
    <w:p w14:paraId="6816C8F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паметта.</w:t>
      </w:r>
    </w:p>
    <w:p w14:paraId="4D29D4E0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надеждата.</w:t>
      </w:r>
    </w:p>
    <w:p w14:paraId="58D86E9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възможността хората отново да почувстват, че принадлежат един на друг.</w:t>
      </w:r>
    </w:p>
    <w:p w14:paraId="021863B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Понякога си мисля за онзи ден през 2010 година.</w:t>
      </w:r>
    </w:p>
    <w:p w14:paraId="7CB52AE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момента, в който обърнах глава към Камбаните.</w:t>
      </w:r>
    </w:p>
    <w:p w14:paraId="4D3CDE0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детските ръце.</w:t>
      </w:r>
    </w:p>
    <w:p w14:paraId="331F97B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звъна.</w:t>
      </w:r>
    </w:p>
    <w:p w14:paraId="5E0C8FD6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За усещането, че мястото ме посреща.</w:t>
      </w:r>
    </w:p>
    <w:p w14:paraId="22F6F9B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знаех колко години ще минат.</w:t>
      </w:r>
    </w:p>
    <w:p w14:paraId="77D65CF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Не знаех колко тишина ще бъде необходима.</w:t>
      </w:r>
    </w:p>
    <w:p w14:paraId="75BA0D4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днес разбирам нещо.</w:t>
      </w:r>
    </w:p>
    <w:p w14:paraId="7D9C65FC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Някои пътища не се избират.</w:t>
      </w:r>
    </w:p>
    <w:p w14:paraId="740164D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Те се разпознават.</w:t>
      </w:r>
    </w:p>
    <w:p w14:paraId="748756E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Крачка по крачка.</w:t>
      </w:r>
    </w:p>
    <w:p w14:paraId="071E26C1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Знак след знак.</w:t>
      </w:r>
    </w:p>
    <w:p w14:paraId="2AC1623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lastRenderedPageBreak/>
        <w:t>Врата след врата.</w:t>
      </w:r>
    </w:p>
    <w:p w14:paraId="57E11F2F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Докато един ден човек се обърне назад и види, че всичко е било част от една и съща история.</w:t>
      </w:r>
    </w:p>
    <w:p w14:paraId="7276340D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История, която не принадлежи на него.</w:t>
      </w:r>
    </w:p>
    <w:p w14:paraId="3BB7B8BB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на всички, които са вървели заедно по този път.</w:t>
      </w:r>
    </w:p>
    <w:p w14:paraId="1236A7E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може би точно това винаги е било посланието на Камбаните.</w:t>
      </w:r>
    </w:p>
    <w:p w14:paraId="55D39405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Че всяка камбана има своя собствен глас.</w:t>
      </w:r>
    </w:p>
    <w:p w14:paraId="30E25484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Своя собствен тон.</w:t>
      </w:r>
    </w:p>
    <w:p w14:paraId="75D1177A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Свое собствено звучене.</w:t>
      </w:r>
    </w:p>
    <w:p w14:paraId="717EA71E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Но когато всички камбани зазвучат заедно, преставаме да чуваме отделния звук.</w:t>
      </w:r>
    </w:p>
    <w:p w14:paraId="22DE1739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И започваме да чуваме единството.</w:t>
      </w:r>
    </w:p>
    <w:p w14:paraId="3D2D99C8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А точно там започва мирът.</w:t>
      </w:r>
    </w:p>
    <w:p w14:paraId="197170B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 xml:space="preserve">Точно там е нашето БЛАГОДАРЯ! </w:t>
      </w:r>
    </w:p>
    <w:p w14:paraId="2FFDD4E7" w14:textId="77777777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>/посвещавам на майката, която ме роди, на бащата, който ме е закриля, на детето, което родих, на брата, който игра с мен, на братята и сестрите, с които се моля и на всички, които милеят ЗА МИР на планетата ЗЕМЛЯ!</w:t>
      </w:r>
    </w:p>
    <w:p w14:paraId="37DD7324" w14:textId="5D0D8F54" w:rsidR="00F429BF" w:rsidRPr="009931E5" w:rsidRDefault="00000000">
      <w:pPr>
        <w:rPr>
          <w:color w:val="365F91" w:themeColor="accent1" w:themeShade="BF"/>
        </w:rPr>
      </w:pPr>
      <w:r w:rsidRPr="009931E5">
        <w:rPr>
          <w:color w:val="365F91" w:themeColor="accent1" w:themeShade="BF"/>
        </w:rPr>
        <w:t xml:space="preserve">И </w:t>
      </w:r>
      <w:proofErr w:type="spellStart"/>
      <w:r w:rsidRPr="009931E5">
        <w:rPr>
          <w:color w:val="365F91" w:themeColor="accent1" w:themeShade="BF"/>
        </w:rPr>
        <w:t>на</w:t>
      </w:r>
      <w:proofErr w:type="spellEnd"/>
      <w:r w:rsidRPr="009931E5">
        <w:rPr>
          <w:color w:val="365F91" w:themeColor="accent1" w:themeShade="BF"/>
        </w:rPr>
        <w:t xml:space="preserve"> Бога, </w:t>
      </w:r>
      <w:r w:rsidR="001D4F1B">
        <w:rPr>
          <w:color w:val="365F91" w:themeColor="accent1" w:themeShade="BF"/>
          <w:lang w:val="bg-BG"/>
        </w:rPr>
        <w:t>нашият всеобщ Баща</w:t>
      </w:r>
      <w:r w:rsidRPr="009931E5">
        <w:rPr>
          <w:color w:val="365F91" w:themeColor="accent1" w:themeShade="BF"/>
        </w:rPr>
        <w:t xml:space="preserve">/  </w:t>
      </w:r>
    </w:p>
    <w:p w14:paraId="45970205" w14:textId="77777777" w:rsidR="00F429BF" w:rsidRDefault="00000000">
      <w:pPr>
        <w:rPr>
          <w:color w:val="365F91" w:themeColor="accent1" w:themeShade="BF"/>
          <w:lang w:val="bg-BG"/>
        </w:rPr>
      </w:pPr>
      <w:proofErr w:type="spellStart"/>
      <w:r w:rsidRPr="009931E5">
        <w:rPr>
          <w:color w:val="365F91" w:themeColor="accent1" w:themeShade="BF"/>
        </w:rPr>
        <w:t>Да</w:t>
      </w:r>
      <w:proofErr w:type="spellEnd"/>
      <w:r w:rsidRPr="009931E5">
        <w:rPr>
          <w:color w:val="365F91" w:themeColor="accent1" w:themeShade="BF"/>
        </w:rPr>
        <w:t xml:space="preserve"> </w:t>
      </w:r>
      <w:proofErr w:type="spellStart"/>
      <w:r w:rsidRPr="009931E5">
        <w:rPr>
          <w:color w:val="365F91" w:themeColor="accent1" w:themeShade="BF"/>
        </w:rPr>
        <w:t>живее</w:t>
      </w:r>
      <w:proofErr w:type="spellEnd"/>
      <w:r w:rsidRPr="009931E5">
        <w:rPr>
          <w:color w:val="365F91" w:themeColor="accent1" w:themeShade="BF"/>
        </w:rPr>
        <w:t xml:space="preserve"> </w:t>
      </w:r>
      <w:proofErr w:type="spellStart"/>
      <w:r w:rsidRPr="009931E5">
        <w:rPr>
          <w:color w:val="365F91" w:themeColor="accent1" w:themeShade="BF"/>
        </w:rPr>
        <w:t>световният</w:t>
      </w:r>
      <w:proofErr w:type="spellEnd"/>
      <w:r w:rsidRPr="009931E5">
        <w:rPr>
          <w:color w:val="365F91" w:themeColor="accent1" w:themeShade="BF"/>
        </w:rPr>
        <w:t xml:space="preserve"> </w:t>
      </w:r>
      <w:proofErr w:type="spellStart"/>
      <w:r w:rsidRPr="009931E5">
        <w:rPr>
          <w:color w:val="365F91" w:themeColor="accent1" w:themeShade="BF"/>
        </w:rPr>
        <w:t>Мир</w:t>
      </w:r>
      <w:proofErr w:type="spellEnd"/>
      <w:r w:rsidRPr="009931E5">
        <w:rPr>
          <w:color w:val="365F91" w:themeColor="accent1" w:themeShade="BF"/>
        </w:rPr>
        <w:t>!</w:t>
      </w:r>
    </w:p>
    <w:p w14:paraId="5D0D1CB3" w14:textId="77777777" w:rsidR="009931E5" w:rsidRDefault="009931E5">
      <w:pPr>
        <w:rPr>
          <w:color w:val="365F91" w:themeColor="accent1" w:themeShade="BF"/>
          <w:lang w:val="bg-BG"/>
        </w:rPr>
      </w:pPr>
    </w:p>
    <w:p w14:paraId="00F081F7" w14:textId="77777777" w:rsidR="009931E5" w:rsidRPr="009931E5" w:rsidRDefault="009931E5">
      <w:pPr>
        <w:rPr>
          <w:color w:val="365F91" w:themeColor="accent1" w:themeShade="BF"/>
          <w:lang w:val="bg-BG"/>
        </w:rPr>
      </w:pPr>
    </w:p>
    <w:p w14:paraId="4D3560C4" w14:textId="1850F122" w:rsidR="00F429BF" w:rsidRPr="009931E5" w:rsidRDefault="00000000" w:rsidP="009931E5">
      <w:pPr>
        <w:jc w:val="center"/>
        <w:rPr>
          <w:rFonts w:ascii="Impact" w:hAnsi="Impact"/>
          <w:i/>
          <w:iCs/>
          <w:color w:val="365F91" w:themeColor="accent1" w:themeShade="BF"/>
          <w:sz w:val="72"/>
          <w:szCs w:val="72"/>
        </w:rPr>
      </w:pPr>
      <w:r w:rsidRPr="009931E5">
        <w:rPr>
          <w:rFonts w:ascii="Impact" w:hAnsi="Impact" w:cs="Calibri"/>
          <w:i/>
          <w:iCs/>
          <w:color w:val="365F91" w:themeColor="accent1" w:themeShade="BF"/>
          <w:sz w:val="72"/>
          <w:szCs w:val="72"/>
        </w:rPr>
        <w:t>МИРЪТ</w:t>
      </w:r>
      <w:r w:rsidRPr="009931E5">
        <w:rPr>
          <w:rFonts w:ascii="Impact" w:hAnsi="Impact"/>
          <w:i/>
          <w:iCs/>
          <w:color w:val="365F91" w:themeColor="accent1" w:themeShade="BF"/>
          <w:sz w:val="72"/>
          <w:szCs w:val="72"/>
        </w:rPr>
        <w:t xml:space="preserve"> </w:t>
      </w:r>
      <w:r w:rsidRPr="009931E5">
        <w:rPr>
          <w:rFonts w:ascii="Impact" w:hAnsi="Impact" w:cs="Calibri"/>
          <w:i/>
          <w:iCs/>
          <w:color w:val="365F91" w:themeColor="accent1" w:themeShade="BF"/>
          <w:sz w:val="72"/>
          <w:szCs w:val="72"/>
        </w:rPr>
        <w:t>е</w:t>
      </w:r>
      <w:r w:rsidRPr="009931E5">
        <w:rPr>
          <w:rFonts w:ascii="Impact" w:hAnsi="Impact"/>
          <w:i/>
          <w:iCs/>
          <w:color w:val="365F91" w:themeColor="accent1" w:themeShade="BF"/>
          <w:sz w:val="72"/>
          <w:szCs w:val="72"/>
        </w:rPr>
        <w:t xml:space="preserve"> </w:t>
      </w:r>
      <w:r w:rsidRPr="009931E5">
        <w:rPr>
          <w:rFonts w:ascii="Impact" w:hAnsi="Impact" w:cs="Calibri"/>
          <w:i/>
          <w:iCs/>
          <w:color w:val="365F91" w:themeColor="accent1" w:themeShade="BF"/>
          <w:sz w:val="72"/>
          <w:szCs w:val="72"/>
        </w:rPr>
        <w:t>МОЯТ</w:t>
      </w:r>
      <w:r w:rsidRPr="009931E5">
        <w:rPr>
          <w:rFonts w:ascii="Impact" w:hAnsi="Impact"/>
          <w:i/>
          <w:iCs/>
          <w:color w:val="365F91" w:themeColor="accent1" w:themeShade="BF"/>
          <w:sz w:val="72"/>
          <w:szCs w:val="72"/>
        </w:rPr>
        <w:t xml:space="preserve"> </w:t>
      </w:r>
      <w:r w:rsidRPr="009931E5">
        <w:rPr>
          <w:rFonts w:ascii="Impact" w:hAnsi="Impact" w:cs="Calibri"/>
          <w:i/>
          <w:iCs/>
          <w:color w:val="365F91" w:themeColor="accent1" w:themeShade="BF"/>
          <w:sz w:val="72"/>
          <w:szCs w:val="72"/>
        </w:rPr>
        <w:t>ИЗБОР</w:t>
      </w:r>
      <w:r w:rsidRPr="009931E5">
        <w:rPr>
          <w:rFonts w:ascii="Impact" w:hAnsi="Impact"/>
          <w:i/>
          <w:iCs/>
          <w:color w:val="365F91" w:themeColor="accent1" w:themeShade="BF"/>
          <w:sz w:val="72"/>
          <w:szCs w:val="72"/>
        </w:rPr>
        <w:t>!</w:t>
      </w:r>
    </w:p>
    <w:sectPr w:rsidR="00F429BF" w:rsidRPr="009931E5" w:rsidSect="009931E5">
      <w:headerReference w:type="default" r:id="rId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35C36" w14:textId="77777777" w:rsidR="002F06F4" w:rsidRDefault="002F06F4">
      <w:pPr>
        <w:spacing w:after="0" w:line="240" w:lineRule="auto"/>
      </w:pPr>
      <w:r>
        <w:separator/>
      </w:r>
    </w:p>
  </w:endnote>
  <w:endnote w:type="continuationSeparator" w:id="0">
    <w:p w14:paraId="79259548" w14:textId="77777777" w:rsidR="002F06F4" w:rsidRDefault="002F0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7F0A3" w14:textId="77777777" w:rsidR="002F06F4" w:rsidRDefault="002F06F4">
      <w:pPr>
        <w:spacing w:after="0" w:line="240" w:lineRule="auto"/>
      </w:pPr>
      <w:r>
        <w:separator/>
      </w:r>
    </w:p>
  </w:footnote>
  <w:footnote w:type="continuationSeparator" w:id="0">
    <w:p w14:paraId="61259C1E" w14:textId="77777777" w:rsidR="002F06F4" w:rsidRDefault="002F0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BBAC" w14:textId="77777777" w:rsidR="00F429BF" w:rsidRPr="00FB0C4A" w:rsidRDefault="00000000">
    <w:pPr>
      <w:pStyle w:val="a5"/>
      <w:jc w:val="center"/>
      <w:rPr>
        <w:b/>
        <w:bCs/>
        <w:i/>
        <w:iCs/>
        <w:color w:val="548DD4" w:themeColor="text2" w:themeTint="99"/>
      </w:rPr>
    </w:pPr>
    <w:r w:rsidRPr="00FB0C4A">
      <w:rPr>
        <w:b/>
        <w:bCs/>
        <w:i/>
        <w:iCs/>
        <w:color w:val="548DD4" w:themeColor="text2" w:themeTint="99"/>
      </w:rPr>
      <w:t>ВЪЗРАЖДАНЕ – КАМБАНИТЕ И МИРЪТ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1130334">
    <w:abstractNumId w:val="8"/>
  </w:num>
  <w:num w:numId="2" w16cid:durableId="1002858324">
    <w:abstractNumId w:val="6"/>
  </w:num>
  <w:num w:numId="3" w16cid:durableId="1514104123">
    <w:abstractNumId w:val="5"/>
  </w:num>
  <w:num w:numId="4" w16cid:durableId="1059401281">
    <w:abstractNumId w:val="4"/>
  </w:num>
  <w:num w:numId="5" w16cid:durableId="1422556765">
    <w:abstractNumId w:val="7"/>
  </w:num>
  <w:num w:numId="6" w16cid:durableId="1753892388">
    <w:abstractNumId w:val="3"/>
  </w:num>
  <w:num w:numId="7" w16cid:durableId="1531215788">
    <w:abstractNumId w:val="2"/>
  </w:num>
  <w:num w:numId="8" w16cid:durableId="1300454770">
    <w:abstractNumId w:val="1"/>
  </w:num>
  <w:num w:numId="9" w16cid:durableId="151803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38DD"/>
    <w:rsid w:val="0015074B"/>
    <w:rsid w:val="001D4F1B"/>
    <w:rsid w:val="0029639D"/>
    <w:rsid w:val="002F06F4"/>
    <w:rsid w:val="00326F90"/>
    <w:rsid w:val="004E157D"/>
    <w:rsid w:val="00710AB8"/>
    <w:rsid w:val="009931E5"/>
    <w:rsid w:val="00AA1D8D"/>
    <w:rsid w:val="00B47730"/>
    <w:rsid w:val="00CB0664"/>
    <w:rsid w:val="00F429BF"/>
    <w:rsid w:val="00F5731B"/>
    <w:rsid w:val="00FB0C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A480BA7"/>
  <w14:defaultImageDpi w14:val="300"/>
  <w15:docId w15:val="{75ADAEE6-FFF0-4266-B597-524CD870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2380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TARA</cp:lastModifiedBy>
  <cp:revision>5</cp:revision>
  <dcterms:created xsi:type="dcterms:W3CDTF">2013-12-23T23:15:00Z</dcterms:created>
  <dcterms:modified xsi:type="dcterms:W3CDTF">2026-06-05T12:52:00Z</dcterms:modified>
  <cp:category/>
</cp:coreProperties>
</file>